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F60A1" w14:textId="77777777" w:rsidR="00A52EC4" w:rsidRDefault="00000000">
      <w:pPr>
        <w:pBdr>
          <w:top w:val="single" w:sz="24" w:space="10" w:color="111111"/>
        </w:pBdr>
      </w:pPr>
      <w:r>
        <w:rPr>
          <w:b/>
          <w:color w:val="9A9A9A"/>
          <w:spacing w:val="30"/>
          <w:sz w:val="15"/>
        </w:rPr>
        <w:t xml:space="preserve">MENSA </w:t>
      </w:r>
      <w:proofErr w:type="gramStart"/>
      <w:r>
        <w:rPr>
          <w:b/>
          <w:color w:val="9A9A9A"/>
          <w:spacing w:val="30"/>
          <w:sz w:val="15"/>
        </w:rPr>
        <w:t>KOREA  ·</w:t>
      </w:r>
      <w:proofErr w:type="gramEnd"/>
      <w:r>
        <w:rPr>
          <w:b/>
          <w:color w:val="9A9A9A"/>
          <w:spacing w:val="30"/>
          <w:sz w:val="15"/>
        </w:rPr>
        <w:t xml:space="preserve">  YOUTH AI HACKATHON 2026</w:t>
      </w:r>
    </w:p>
    <w:p w14:paraId="212ACB58" w14:textId="77777777" w:rsidR="00A52EC4" w:rsidRDefault="00000000">
      <w:pPr>
        <w:spacing w:before="120" w:line="252" w:lineRule="auto"/>
        <w:rPr>
          <w:lang w:eastAsia="ko-KR"/>
        </w:rPr>
      </w:pPr>
      <w:r>
        <w:rPr>
          <w:b/>
          <w:sz w:val="46"/>
          <w:lang w:eastAsia="ko-KR"/>
        </w:rPr>
        <w:t xml:space="preserve">2026 </w:t>
      </w:r>
      <w:proofErr w:type="spellStart"/>
      <w:r>
        <w:rPr>
          <w:b/>
          <w:sz w:val="46"/>
          <w:lang w:eastAsia="ko-KR"/>
        </w:rPr>
        <w:t>멘사코리아</w:t>
      </w:r>
      <w:proofErr w:type="spellEnd"/>
      <w:r>
        <w:rPr>
          <w:b/>
          <w:sz w:val="46"/>
          <w:lang w:eastAsia="ko-KR"/>
        </w:rPr>
        <w:t xml:space="preserve"> 청소년 AI </w:t>
      </w:r>
      <w:proofErr w:type="spellStart"/>
      <w:r>
        <w:rPr>
          <w:b/>
          <w:sz w:val="46"/>
          <w:lang w:eastAsia="ko-KR"/>
        </w:rPr>
        <w:t>해커톤</w:t>
      </w:r>
      <w:proofErr w:type="spellEnd"/>
    </w:p>
    <w:p w14:paraId="01C7B40F" w14:textId="77777777" w:rsidR="00A52EC4" w:rsidRDefault="00000000">
      <w:pPr>
        <w:spacing w:before="120"/>
        <w:rPr>
          <w:lang w:eastAsia="ko-KR"/>
        </w:rPr>
      </w:pPr>
      <w:r>
        <w:rPr>
          <w:color w:val="4D4D4D"/>
          <w:sz w:val="22"/>
          <w:lang w:eastAsia="ko-KR"/>
        </w:rPr>
        <w:t>AI로 문제를 발견하고, 함께 해결하다</w:t>
      </w:r>
    </w:p>
    <w:p w14:paraId="655342B1" w14:textId="77777777" w:rsidR="00A52EC4" w:rsidRDefault="00000000">
      <w:pPr>
        <w:pBdr>
          <w:bottom w:val="single" w:sz="4" w:space="12" w:color="C4C4C4"/>
        </w:pBdr>
        <w:spacing w:before="160" w:line="312" w:lineRule="auto"/>
        <w:rPr>
          <w:lang w:eastAsia="ko-KR"/>
        </w:rPr>
      </w:pPr>
      <w:r>
        <w:rPr>
          <w:color w:val="4D4D4D"/>
          <w:sz w:val="18"/>
          <w:lang w:eastAsia="ko-KR"/>
        </w:rPr>
        <w:t>주변에서 발견한 문제를 AI로 해결하는 프로토타입을 팀으로 만들고 발표합니다.</w:t>
      </w:r>
    </w:p>
    <w:p w14:paraId="463276B1" w14:textId="77777777" w:rsidR="00A52EC4" w:rsidRDefault="00000000">
      <w:pPr>
        <w:spacing w:before="200" w:after="100"/>
      </w:pPr>
      <w:proofErr w:type="spellStart"/>
      <w:r>
        <w:rPr>
          <w:b/>
          <w:color w:val="9A9A9A"/>
          <w:spacing w:val="20"/>
          <w:sz w:val="18"/>
        </w:rPr>
        <w:t>참가</w:t>
      </w:r>
      <w:proofErr w:type="spellEnd"/>
      <w:r>
        <w:rPr>
          <w:b/>
          <w:color w:val="9A9A9A"/>
          <w:spacing w:val="20"/>
          <w:sz w:val="18"/>
        </w:rPr>
        <w:t xml:space="preserve"> </w:t>
      </w:r>
      <w:proofErr w:type="spellStart"/>
      <w:r>
        <w:rPr>
          <w:b/>
          <w:color w:val="9A9A9A"/>
          <w:spacing w:val="20"/>
          <w:sz w:val="18"/>
        </w:rPr>
        <w:t>혜택</w:t>
      </w:r>
      <w:proofErr w:type="spellEnd"/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260"/>
        <w:gridCol w:w="4734"/>
      </w:tblGrid>
      <w:tr w:rsidR="00A52EC4" w14:paraId="08591561" w14:textId="77777777">
        <w:trPr>
          <w:cantSplit/>
          <w:trHeight w:val="822"/>
          <w:jc w:val="center"/>
        </w:trPr>
        <w:tc>
          <w:tcPr>
            <w:tcW w:w="4734" w:type="dxa"/>
            <w:tcBorders>
              <w:left w:val="single" w:sz="24" w:space="0" w:color="111111"/>
            </w:tcBorders>
            <w:shd w:val="clear" w:color="auto" w:fill="F4F4F4"/>
            <w:tcMar>
              <w:top w:w="160" w:type="dxa"/>
              <w:left w:w="300" w:type="dxa"/>
              <w:bottom w:w="160" w:type="dxa"/>
              <w:right w:w="200" w:type="dxa"/>
            </w:tcMar>
            <w:vAlign w:val="center"/>
          </w:tcPr>
          <w:p w14:paraId="19002E7C" w14:textId="77777777" w:rsidR="00A52EC4" w:rsidRDefault="00000000">
            <w:pPr>
              <w:rPr>
                <w:lang w:eastAsia="ko-KR"/>
              </w:rPr>
            </w:pPr>
            <w:r>
              <w:rPr>
                <w:b/>
                <w:color w:val="9A9A9A"/>
                <w:sz w:val="16"/>
                <w:lang w:eastAsia="ko-KR"/>
              </w:rPr>
              <w:t>01</w:t>
            </w:r>
          </w:p>
          <w:p w14:paraId="3703F7C8" w14:textId="77777777" w:rsidR="00A52EC4" w:rsidRDefault="00000000">
            <w:pPr>
              <w:spacing w:before="40"/>
              <w:rPr>
                <w:lang w:eastAsia="ko-KR"/>
              </w:rPr>
            </w:pPr>
            <w:r>
              <w:rPr>
                <w:b/>
                <w:sz w:val="26"/>
                <w:lang w:eastAsia="ko-KR"/>
              </w:rPr>
              <w:t>AI 전문강사 특강</w:t>
            </w:r>
          </w:p>
          <w:p w14:paraId="2E4577FE" w14:textId="4AC07A4E" w:rsidR="00A52EC4" w:rsidRDefault="00000000">
            <w:pPr>
              <w:spacing w:before="80" w:line="312" w:lineRule="auto"/>
              <w:rPr>
                <w:lang w:eastAsia="ko-KR"/>
              </w:rPr>
            </w:pPr>
            <w:r>
              <w:rPr>
                <w:color w:val="4D4D4D"/>
                <w:sz w:val="17"/>
                <w:lang w:eastAsia="ko-KR"/>
              </w:rPr>
              <w:t>실전 AI 활용법을 배웁니다.</w:t>
            </w:r>
          </w:p>
        </w:tc>
        <w:tc>
          <w:tcPr>
            <w:tcW w:w="170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A1917ED" w14:textId="77777777" w:rsidR="00A52EC4" w:rsidRDefault="00A52EC4">
            <w:pPr>
              <w:rPr>
                <w:lang w:eastAsia="ko-KR"/>
              </w:rPr>
            </w:pPr>
          </w:p>
        </w:tc>
        <w:tc>
          <w:tcPr>
            <w:tcW w:w="4734" w:type="dxa"/>
            <w:tcBorders>
              <w:left w:val="single" w:sz="24" w:space="0" w:color="111111"/>
            </w:tcBorders>
            <w:shd w:val="clear" w:color="auto" w:fill="F4F4F4"/>
            <w:tcMar>
              <w:top w:w="160" w:type="dxa"/>
              <w:left w:w="300" w:type="dxa"/>
              <w:bottom w:w="160" w:type="dxa"/>
              <w:right w:w="200" w:type="dxa"/>
            </w:tcMar>
            <w:vAlign w:val="center"/>
          </w:tcPr>
          <w:p w14:paraId="6FB7B1F7" w14:textId="77777777" w:rsidR="00A52EC4" w:rsidRDefault="00000000">
            <w:pPr>
              <w:rPr>
                <w:lang w:eastAsia="ko-KR"/>
              </w:rPr>
            </w:pPr>
            <w:r>
              <w:rPr>
                <w:b/>
                <w:color w:val="9A9A9A"/>
                <w:sz w:val="16"/>
                <w:lang w:eastAsia="ko-KR"/>
              </w:rPr>
              <w:t>02</w:t>
            </w:r>
          </w:p>
          <w:p w14:paraId="75334CE2" w14:textId="77777777" w:rsidR="00A52EC4" w:rsidRDefault="00000000">
            <w:pPr>
              <w:spacing w:before="40"/>
              <w:rPr>
                <w:lang w:eastAsia="ko-KR"/>
              </w:rPr>
            </w:pPr>
            <w:proofErr w:type="spellStart"/>
            <w:r>
              <w:rPr>
                <w:b/>
                <w:sz w:val="26"/>
                <w:lang w:eastAsia="ko-KR"/>
              </w:rPr>
              <w:t>멘사코리아</w:t>
            </w:r>
            <w:proofErr w:type="spellEnd"/>
            <w:r>
              <w:rPr>
                <w:b/>
                <w:sz w:val="26"/>
                <w:lang w:eastAsia="ko-KR"/>
              </w:rPr>
              <w:t xml:space="preserve"> 회장상</w:t>
            </w:r>
          </w:p>
          <w:p w14:paraId="4C19798E" w14:textId="77777777" w:rsidR="00A52EC4" w:rsidRDefault="00000000">
            <w:pPr>
              <w:spacing w:before="80" w:line="312" w:lineRule="auto"/>
              <w:rPr>
                <w:lang w:eastAsia="ko-KR"/>
              </w:rPr>
            </w:pPr>
            <w:r>
              <w:rPr>
                <w:color w:val="4D4D4D"/>
                <w:sz w:val="17"/>
                <w:lang w:eastAsia="ko-KR"/>
              </w:rPr>
              <w:t xml:space="preserve">우수팀에게 </w:t>
            </w:r>
            <w:proofErr w:type="spellStart"/>
            <w:r>
              <w:rPr>
                <w:color w:val="4D4D4D"/>
                <w:sz w:val="17"/>
                <w:lang w:eastAsia="ko-KR"/>
              </w:rPr>
              <w:t>멘사코리아</w:t>
            </w:r>
            <w:proofErr w:type="spellEnd"/>
            <w:r>
              <w:rPr>
                <w:color w:val="4D4D4D"/>
                <w:sz w:val="17"/>
                <w:lang w:eastAsia="ko-KR"/>
              </w:rPr>
              <w:t xml:space="preserve"> 회장상을 수여합니다.</w:t>
            </w:r>
          </w:p>
        </w:tc>
      </w:tr>
    </w:tbl>
    <w:p w14:paraId="5C95E714" w14:textId="77777777" w:rsidR="00A52EC4" w:rsidRDefault="00000000">
      <w:pPr>
        <w:keepNext/>
        <w:spacing w:before="220" w:after="120"/>
      </w:pPr>
      <w:r>
        <w:rPr>
          <w:b/>
          <w:color w:val="9A9A9A"/>
          <w:sz w:val="18"/>
        </w:rPr>
        <w:t>01</w:t>
      </w:r>
      <w:r>
        <w:rPr>
          <w:b/>
          <w:sz w:val="23"/>
        </w:rPr>
        <w:t xml:space="preserve">   </w:t>
      </w:r>
      <w:proofErr w:type="spellStart"/>
      <w:r>
        <w:rPr>
          <w:b/>
          <w:sz w:val="23"/>
        </w:rPr>
        <w:t>행사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개요</w:t>
      </w:r>
      <w:proofErr w:type="spellEnd"/>
    </w:p>
    <w:tbl>
      <w:tblPr>
        <w:tblW w:w="0" w:type="auto"/>
        <w:jc w:val="center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single" w:sz="4" w:space="0" w:color="C4C4C4"/>
          <w:insideV w:val="single" w:sz="4" w:space="0" w:color="C4C4C4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3515"/>
        <w:gridCol w:w="1304"/>
        <w:gridCol w:w="3515"/>
      </w:tblGrid>
      <w:tr w:rsidR="00A52EC4" w14:paraId="02CA3184" w14:textId="77777777">
        <w:trPr>
          <w:cantSplit/>
          <w:trHeight w:val="454"/>
          <w:jc w:val="center"/>
        </w:trPr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CED6FC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주제</w:t>
            </w:r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31A70E5" w14:textId="77777777" w:rsidR="00A52EC4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AI로 더 나은 일상 만들기</w:t>
            </w:r>
          </w:p>
        </w:tc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869B1AC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일시</w:t>
            </w:r>
            <w:proofErr w:type="spellEnd"/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9D1DAF7" w14:textId="77777777" w:rsidR="00A52EC4" w:rsidRPr="00441387" w:rsidRDefault="00000000">
            <w:pPr>
              <w:rPr>
                <w:b/>
                <w:bCs/>
              </w:rPr>
            </w:pPr>
            <w:r w:rsidRPr="00441387">
              <w:rPr>
                <w:b/>
                <w:bCs/>
                <w:sz w:val="18"/>
              </w:rPr>
              <w:t>2026. 10. 31.(토) 09:00–18:00</w:t>
            </w:r>
          </w:p>
        </w:tc>
      </w:tr>
      <w:tr w:rsidR="00A52EC4" w14:paraId="587CF838" w14:textId="77777777">
        <w:trPr>
          <w:cantSplit/>
          <w:trHeight w:val="454"/>
          <w:jc w:val="center"/>
        </w:trPr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1DA4B21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대상</w:t>
            </w:r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E80F0FB" w14:textId="77777777" w:rsidR="00A52EC4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만 24세 이하 청소년</w:t>
            </w:r>
            <w:r>
              <w:rPr>
                <w:color w:val="4D4D4D"/>
                <w:sz w:val="16"/>
                <w:lang w:eastAsia="ko-KR"/>
              </w:rPr>
              <w:br/>
              <w:t xml:space="preserve">2001. 11. 1. 이후 </w:t>
            </w:r>
            <w:proofErr w:type="spellStart"/>
            <w:r>
              <w:rPr>
                <w:color w:val="4D4D4D"/>
                <w:sz w:val="16"/>
                <w:lang w:eastAsia="ko-KR"/>
              </w:rPr>
              <w:t>출생자</w:t>
            </w:r>
            <w:proofErr w:type="spellEnd"/>
            <w:r>
              <w:rPr>
                <w:color w:val="4D4D4D"/>
                <w:sz w:val="16"/>
                <w:lang w:eastAsia="ko-KR"/>
              </w:rPr>
              <w:t xml:space="preserve"> (행사일 기준)</w:t>
            </w:r>
          </w:p>
        </w:tc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3A99C4F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장소</w:t>
            </w:r>
            <w:proofErr w:type="spellEnd"/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CDE5558" w14:textId="77777777" w:rsidR="00A52EC4" w:rsidRDefault="00000000">
            <w:r>
              <w:rPr>
                <w:sz w:val="18"/>
              </w:rPr>
              <w:t>추후 안내 (서울 지역)</w:t>
            </w:r>
          </w:p>
        </w:tc>
      </w:tr>
      <w:tr w:rsidR="00A52EC4" w14:paraId="4CA422E5" w14:textId="77777777">
        <w:trPr>
          <w:cantSplit/>
          <w:trHeight w:val="482"/>
          <w:jc w:val="center"/>
        </w:trPr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D4B61B9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모집</w:t>
            </w:r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F0C6D4" w14:textId="77777777" w:rsidR="00A52EC4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30명 · 신청서 심사 선발</w:t>
            </w:r>
            <w:r>
              <w:rPr>
                <w:color w:val="4D4D4D"/>
                <w:sz w:val="16"/>
                <w:lang w:eastAsia="ko-KR"/>
              </w:rPr>
              <w:br/>
            </w:r>
            <w:proofErr w:type="spellStart"/>
            <w:r>
              <w:rPr>
                <w:color w:val="4D4D4D"/>
                <w:sz w:val="16"/>
                <w:lang w:eastAsia="ko-KR"/>
              </w:rPr>
              <w:t>멘사코리아</w:t>
            </w:r>
            <w:proofErr w:type="spellEnd"/>
            <w:r>
              <w:rPr>
                <w:color w:val="4D4D4D"/>
                <w:sz w:val="16"/>
                <w:lang w:eastAsia="ko-KR"/>
              </w:rPr>
              <w:t xml:space="preserve"> 회원 우선 선발</w:t>
            </w:r>
          </w:p>
        </w:tc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089DF0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참가비</w:t>
            </w:r>
            <w:proofErr w:type="spellEnd"/>
          </w:p>
        </w:tc>
        <w:tc>
          <w:tcPr>
            <w:tcW w:w="351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9FE1BE" w14:textId="77777777" w:rsidR="00A52EC4" w:rsidRDefault="00000000">
            <w:pPr>
              <w:rPr>
                <w:lang w:eastAsia="ko-KR"/>
              </w:rPr>
            </w:pPr>
            <w:r w:rsidRPr="00441387">
              <w:rPr>
                <w:b/>
                <w:bCs/>
                <w:sz w:val="18"/>
                <w:lang w:eastAsia="ko-KR"/>
              </w:rPr>
              <w:t>30,000원 (점심 제공)</w:t>
            </w:r>
            <w:r>
              <w:rPr>
                <w:color w:val="4D4D4D"/>
                <w:sz w:val="16"/>
                <w:lang w:eastAsia="ko-KR"/>
              </w:rPr>
              <w:br/>
              <w:t>선발 확정 후 입금</w:t>
            </w:r>
          </w:p>
        </w:tc>
      </w:tr>
      <w:tr w:rsidR="00A52EC4" w14:paraId="24EB3050" w14:textId="77777777">
        <w:trPr>
          <w:cantSplit/>
          <w:trHeight w:val="482"/>
          <w:jc w:val="center"/>
        </w:trPr>
        <w:tc>
          <w:tcPr>
            <w:tcW w:w="130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FDB822F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준비물</w:t>
            </w:r>
            <w:proofErr w:type="spellEnd"/>
          </w:p>
        </w:tc>
        <w:tc>
          <w:tcPr>
            <w:tcW w:w="8334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1E1A7E" w14:textId="77777777" w:rsidR="00A52EC4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개인 노트북, 충전기, 생성형 AI 계정 (Claude Pro 이상, ChatGPT Plus 이상 중 1개) 사전 가입 필수</w:t>
            </w:r>
          </w:p>
        </w:tc>
      </w:tr>
    </w:tbl>
    <w:p w14:paraId="6DA92D0C" w14:textId="77777777" w:rsidR="00A52EC4" w:rsidRDefault="00000000">
      <w:pPr>
        <w:keepNext/>
        <w:spacing w:before="220" w:after="120"/>
      </w:pPr>
      <w:r>
        <w:rPr>
          <w:b/>
          <w:color w:val="9A9A9A"/>
          <w:sz w:val="18"/>
        </w:rPr>
        <w:t>02</w:t>
      </w:r>
      <w:r>
        <w:rPr>
          <w:b/>
          <w:sz w:val="23"/>
        </w:rPr>
        <w:t xml:space="preserve">   </w:t>
      </w:r>
      <w:proofErr w:type="spellStart"/>
      <w:r>
        <w:rPr>
          <w:b/>
          <w:sz w:val="23"/>
        </w:rPr>
        <w:t>주요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일정</w:t>
      </w:r>
      <w:proofErr w:type="spellEnd"/>
      <w:r>
        <w:rPr>
          <w:b/>
          <w:sz w:val="23"/>
        </w:rPr>
        <w:t>(안)</w:t>
      </w:r>
    </w:p>
    <w:tbl>
      <w:tblPr>
        <w:tblW w:w="0" w:type="auto"/>
        <w:jc w:val="center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single" w:sz="4" w:space="0" w:color="C4C4C4"/>
          <w:insideV w:val="single" w:sz="4" w:space="0" w:color="C4C4C4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3345"/>
        <w:gridCol w:w="1474"/>
        <w:gridCol w:w="3345"/>
      </w:tblGrid>
      <w:tr w:rsidR="00A52EC4" w14:paraId="7CA26256" w14:textId="77777777">
        <w:trPr>
          <w:cantSplit/>
          <w:trHeight w:val="340"/>
          <w:jc w:val="center"/>
        </w:trPr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E322A36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09:00–09:30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8A0F0B" w14:textId="77777777" w:rsidR="00A52EC4" w:rsidRDefault="00000000">
            <w:r>
              <w:rPr>
                <w:sz w:val="18"/>
              </w:rPr>
              <w:t>접수 및 등록</w:t>
            </w:r>
          </w:p>
        </w:tc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FE008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09:30–10:00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AF24DE0" w14:textId="77777777" w:rsidR="00A52EC4" w:rsidRDefault="00000000">
            <w:r>
              <w:rPr>
                <w:sz w:val="18"/>
              </w:rPr>
              <w:t>오리엔테이션</w:t>
            </w:r>
          </w:p>
        </w:tc>
      </w:tr>
      <w:tr w:rsidR="00A52EC4" w14:paraId="7543515A" w14:textId="77777777">
        <w:trPr>
          <w:cantSplit/>
          <w:trHeight w:val="340"/>
          <w:jc w:val="center"/>
        </w:trPr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A386E2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10:00–12:00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87A7FDE" w14:textId="77777777" w:rsidR="00A52EC4" w:rsidRDefault="00000000">
            <w:pPr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AI 활용 특강</w:t>
            </w:r>
            <w:r>
              <w:rPr>
                <w:color w:val="4D4D4D"/>
                <w:sz w:val="16"/>
                <w:lang w:eastAsia="ko-KR"/>
              </w:rPr>
              <w:t xml:space="preserve">   AI 전문강사</w:t>
            </w:r>
          </w:p>
        </w:tc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88338C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12:00–13:00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2E8223" w14:textId="77777777" w:rsidR="00A52EC4" w:rsidRDefault="00000000">
            <w:r>
              <w:rPr>
                <w:sz w:val="18"/>
              </w:rPr>
              <w:t>팀 구성</w:t>
            </w:r>
          </w:p>
        </w:tc>
      </w:tr>
      <w:tr w:rsidR="00A52EC4" w14:paraId="08081C5F" w14:textId="77777777">
        <w:trPr>
          <w:cantSplit/>
          <w:trHeight w:val="340"/>
          <w:jc w:val="center"/>
        </w:trPr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294E554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13:00–14:00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52E9645" w14:textId="77777777" w:rsidR="00A52EC4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 xml:space="preserve">점심 식사 · </w:t>
            </w:r>
            <w:proofErr w:type="spellStart"/>
            <w:r>
              <w:rPr>
                <w:sz w:val="18"/>
                <w:lang w:eastAsia="ko-KR"/>
              </w:rPr>
              <w:t>해커톤</w:t>
            </w:r>
            <w:proofErr w:type="spellEnd"/>
            <w:r>
              <w:rPr>
                <w:sz w:val="18"/>
                <w:lang w:eastAsia="ko-KR"/>
              </w:rPr>
              <w:t xml:space="preserve"> 시작</w:t>
            </w:r>
          </w:p>
        </w:tc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74784DF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14:00–17:00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DC13481" w14:textId="77777777" w:rsidR="00A52EC4" w:rsidRDefault="00000000">
            <w:r>
              <w:rPr>
                <w:sz w:val="18"/>
              </w:rPr>
              <w:t>AI 해커톤 진행</w:t>
            </w:r>
          </w:p>
        </w:tc>
      </w:tr>
      <w:tr w:rsidR="00A52EC4" w14:paraId="20712C94" w14:textId="77777777">
        <w:trPr>
          <w:cantSplit/>
          <w:trHeight w:val="340"/>
          <w:jc w:val="center"/>
        </w:trPr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A352461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17:00–17:40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C17C19" w14:textId="77777777" w:rsidR="00A52EC4" w:rsidRDefault="00000000">
            <w:r>
              <w:rPr>
                <w:sz w:val="18"/>
              </w:rPr>
              <w:t>팀별 발표 및 심사</w:t>
            </w:r>
          </w:p>
        </w:tc>
        <w:tc>
          <w:tcPr>
            <w:tcW w:w="147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0C2A346" w14:textId="77777777" w:rsidR="00A52EC4" w:rsidRDefault="00000000">
            <w:pPr>
              <w:jc w:val="center"/>
            </w:pPr>
            <w:r>
              <w:rPr>
                <w:b/>
                <w:sz w:val="17"/>
              </w:rPr>
              <w:t>17:40–18:00</w:t>
            </w:r>
          </w:p>
        </w:tc>
        <w:tc>
          <w:tcPr>
            <w:tcW w:w="3345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5FE8640" w14:textId="77777777" w:rsidR="00A52EC4" w:rsidRDefault="00000000">
            <w:pPr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시상 및 폐회</w:t>
            </w:r>
            <w:r>
              <w:rPr>
                <w:color w:val="4D4D4D"/>
                <w:sz w:val="16"/>
                <w:lang w:eastAsia="ko-KR"/>
              </w:rPr>
              <w:t xml:space="preserve">   </w:t>
            </w:r>
            <w:proofErr w:type="spellStart"/>
            <w:r>
              <w:rPr>
                <w:color w:val="4D4D4D"/>
                <w:sz w:val="16"/>
                <w:lang w:eastAsia="ko-KR"/>
              </w:rPr>
              <w:t>멘사코리아</w:t>
            </w:r>
            <w:proofErr w:type="spellEnd"/>
            <w:r>
              <w:rPr>
                <w:color w:val="4D4D4D"/>
                <w:sz w:val="16"/>
                <w:lang w:eastAsia="ko-KR"/>
              </w:rPr>
              <w:t xml:space="preserve"> 회장상</w:t>
            </w:r>
          </w:p>
        </w:tc>
      </w:tr>
    </w:tbl>
    <w:p w14:paraId="30C7EFC0" w14:textId="77777777" w:rsidR="00A52EC4" w:rsidRDefault="00000000">
      <w:pPr>
        <w:keepNext/>
        <w:spacing w:before="220" w:after="120"/>
      </w:pPr>
      <w:r>
        <w:rPr>
          <w:b/>
          <w:color w:val="9A9A9A"/>
          <w:sz w:val="18"/>
        </w:rPr>
        <w:t>03</w:t>
      </w:r>
      <w:r>
        <w:rPr>
          <w:b/>
          <w:sz w:val="23"/>
        </w:rPr>
        <w:t xml:space="preserve">   </w:t>
      </w:r>
      <w:proofErr w:type="spellStart"/>
      <w:r>
        <w:rPr>
          <w:b/>
          <w:sz w:val="23"/>
        </w:rPr>
        <w:t>선발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계획</w:t>
      </w:r>
      <w:proofErr w:type="spellEnd"/>
      <w:r>
        <w:rPr>
          <w:b/>
          <w:sz w:val="23"/>
        </w:rPr>
        <w:t xml:space="preserve"> 및 일정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09"/>
      </w:tblGrid>
      <w:tr w:rsidR="00A52EC4" w14:paraId="4763A982" w14:textId="77777777">
        <w:trPr>
          <w:cantSplit/>
          <w:trHeight w:val="482"/>
          <w:jc w:val="center"/>
        </w:trPr>
        <w:tc>
          <w:tcPr>
            <w:tcW w:w="2409" w:type="dxa"/>
            <w:tcBorders>
              <w:top w:val="single" w:sz="18" w:space="0" w:color="111111"/>
            </w:tcBorders>
            <w:tcMar>
              <w:top w:w="100" w:type="dxa"/>
              <w:left w:w="0" w:type="dxa"/>
              <w:bottom w:w="20" w:type="dxa"/>
              <w:right w:w="100" w:type="dxa"/>
            </w:tcMar>
            <w:vAlign w:val="center"/>
          </w:tcPr>
          <w:p w14:paraId="01456542" w14:textId="77777777" w:rsidR="00A52EC4" w:rsidRDefault="00000000">
            <w:r>
              <w:rPr>
                <w:b/>
                <w:color w:val="9A9A9A"/>
                <w:sz w:val="15"/>
              </w:rPr>
              <w:t>01</w:t>
            </w:r>
            <w:r>
              <w:rPr>
                <w:b/>
              </w:rPr>
              <w:br/>
              <w:t>10. 18.(일) 18:00</w:t>
            </w:r>
            <w:r>
              <w:rPr>
                <w:color w:val="4D4D4D"/>
                <w:sz w:val="17"/>
              </w:rPr>
              <w:br/>
              <w:t>신청 마감</w:t>
            </w:r>
          </w:p>
        </w:tc>
        <w:tc>
          <w:tcPr>
            <w:tcW w:w="2409" w:type="dxa"/>
            <w:tcBorders>
              <w:top w:val="single" w:sz="18" w:space="0" w:color="111111"/>
            </w:tcBorders>
            <w:tcMar>
              <w:top w:w="100" w:type="dxa"/>
              <w:left w:w="0" w:type="dxa"/>
              <w:bottom w:w="20" w:type="dxa"/>
              <w:right w:w="100" w:type="dxa"/>
            </w:tcMar>
            <w:vAlign w:val="center"/>
          </w:tcPr>
          <w:p w14:paraId="5E4A338C" w14:textId="77777777" w:rsidR="00A52EC4" w:rsidRDefault="00000000">
            <w:r>
              <w:rPr>
                <w:b/>
                <w:color w:val="9A9A9A"/>
                <w:sz w:val="15"/>
              </w:rPr>
              <w:t>02</w:t>
            </w:r>
            <w:r>
              <w:rPr>
                <w:b/>
              </w:rPr>
              <w:br/>
              <w:t>10. 21.(수)</w:t>
            </w:r>
            <w:r>
              <w:rPr>
                <w:color w:val="4D4D4D"/>
                <w:sz w:val="17"/>
              </w:rPr>
              <w:br/>
              <w:t>선발 결과 개별 안내</w:t>
            </w:r>
          </w:p>
        </w:tc>
        <w:tc>
          <w:tcPr>
            <w:tcW w:w="2409" w:type="dxa"/>
            <w:tcBorders>
              <w:top w:val="single" w:sz="18" w:space="0" w:color="111111"/>
            </w:tcBorders>
            <w:tcMar>
              <w:top w:w="100" w:type="dxa"/>
              <w:left w:w="0" w:type="dxa"/>
              <w:bottom w:w="20" w:type="dxa"/>
              <w:right w:w="100" w:type="dxa"/>
            </w:tcMar>
            <w:vAlign w:val="center"/>
          </w:tcPr>
          <w:p w14:paraId="5FA85FE5" w14:textId="6BFB75DE" w:rsidR="00A52EC4" w:rsidRDefault="00000000">
            <w:pPr>
              <w:rPr>
                <w:lang w:eastAsia="ko-KR"/>
              </w:rPr>
            </w:pPr>
            <w:r>
              <w:rPr>
                <w:b/>
                <w:color w:val="9A9A9A"/>
                <w:sz w:val="15"/>
                <w:lang w:eastAsia="ko-KR"/>
              </w:rPr>
              <w:t>03</w:t>
            </w:r>
            <w:r>
              <w:rPr>
                <w:b/>
                <w:lang w:eastAsia="ko-KR"/>
              </w:rPr>
              <w:br/>
              <w:t>10. 23.(금) 18:00</w:t>
            </w:r>
            <w:r>
              <w:rPr>
                <w:color w:val="4D4D4D"/>
                <w:sz w:val="17"/>
                <w:lang w:eastAsia="ko-KR"/>
              </w:rPr>
              <w:br/>
              <w:t>참가비 입금 마감</w:t>
            </w:r>
          </w:p>
        </w:tc>
        <w:tc>
          <w:tcPr>
            <w:tcW w:w="2409" w:type="dxa"/>
            <w:tcBorders>
              <w:top w:val="single" w:sz="18" w:space="0" w:color="C4C4C4"/>
            </w:tcBorders>
            <w:tcMar>
              <w:top w:w="100" w:type="dxa"/>
              <w:left w:w="0" w:type="dxa"/>
              <w:bottom w:w="20" w:type="dxa"/>
              <w:right w:w="100" w:type="dxa"/>
            </w:tcMar>
            <w:vAlign w:val="center"/>
          </w:tcPr>
          <w:p w14:paraId="5973B7EB" w14:textId="77777777" w:rsidR="00A52EC4" w:rsidRDefault="00000000">
            <w:r>
              <w:rPr>
                <w:b/>
                <w:color w:val="9A9A9A"/>
                <w:sz w:val="15"/>
              </w:rPr>
              <w:t>04</w:t>
            </w:r>
            <w:r>
              <w:rPr>
                <w:b/>
              </w:rPr>
              <w:br/>
              <w:t>10. 31.(토)</w:t>
            </w:r>
            <w:r>
              <w:rPr>
                <w:color w:val="4D4D4D"/>
                <w:sz w:val="17"/>
              </w:rPr>
              <w:br/>
            </w:r>
            <w:proofErr w:type="spellStart"/>
            <w:r>
              <w:rPr>
                <w:color w:val="4D4D4D"/>
                <w:sz w:val="17"/>
              </w:rPr>
              <w:t>해커톤</w:t>
            </w:r>
            <w:proofErr w:type="spellEnd"/>
            <w:r>
              <w:rPr>
                <w:color w:val="4D4D4D"/>
                <w:sz w:val="17"/>
              </w:rPr>
              <w:t xml:space="preserve"> 개최</w:t>
            </w:r>
          </w:p>
        </w:tc>
      </w:tr>
    </w:tbl>
    <w:p w14:paraId="556AB2B9" w14:textId="77777777" w:rsidR="00A52EC4" w:rsidRDefault="00000000">
      <w:pPr>
        <w:spacing w:before="160" w:line="312" w:lineRule="auto"/>
        <w:rPr>
          <w:lang w:eastAsia="ko-KR"/>
        </w:rPr>
      </w:pPr>
      <w:r>
        <w:rPr>
          <w:b/>
          <w:sz w:val="17"/>
          <w:lang w:eastAsia="ko-KR"/>
        </w:rPr>
        <w:t xml:space="preserve">선발 기준   </w:t>
      </w:r>
      <w:r>
        <w:rPr>
          <w:color w:val="4D4D4D"/>
          <w:sz w:val="17"/>
          <w:lang w:eastAsia="ko-KR"/>
        </w:rPr>
        <w:t>참가 동기 등 신청서 내용을 종합적으로 검토하여 선발합니다.</w:t>
      </w:r>
    </w:p>
    <w:p w14:paraId="79573C85" w14:textId="77777777" w:rsidR="00A52EC4" w:rsidRDefault="00000000">
      <w:pPr>
        <w:spacing w:before="80" w:line="312" w:lineRule="auto"/>
        <w:rPr>
          <w:lang w:eastAsia="ko-KR"/>
        </w:rPr>
      </w:pPr>
      <w:r>
        <w:rPr>
          <w:color w:val="4D4D4D"/>
          <w:sz w:val="17"/>
          <w:lang w:eastAsia="ko-KR"/>
        </w:rPr>
        <w:t xml:space="preserve">※ 기한 내 참가비 </w:t>
      </w:r>
      <w:proofErr w:type="spellStart"/>
      <w:r>
        <w:rPr>
          <w:color w:val="4D4D4D"/>
          <w:sz w:val="17"/>
          <w:lang w:eastAsia="ko-KR"/>
        </w:rPr>
        <w:t>미입금</w:t>
      </w:r>
      <w:proofErr w:type="spellEnd"/>
      <w:r>
        <w:rPr>
          <w:color w:val="4D4D4D"/>
          <w:sz w:val="17"/>
          <w:lang w:eastAsia="ko-KR"/>
        </w:rPr>
        <w:t xml:space="preserve"> 시 선발이 취소되며, 참가 기회는 예비 선발자에게 순차적으로 넘어갑니다.</w:t>
      </w:r>
    </w:p>
    <w:p w14:paraId="22B9A7F0" w14:textId="77777777" w:rsidR="00A52EC4" w:rsidRDefault="00000000">
      <w:pPr>
        <w:pageBreakBefore/>
        <w:spacing w:after="40"/>
        <w:jc w:val="center"/>
        <w:rPr>
          <w:lang w:eastAsia="ko-KR"/>
        </w:rPr>
      </w:pPr>
      <w:r>
        <w:rPr>
          <w:b/>
          <w:sz w:val="20"/>
          <w:lang w:eastAsia="ko-KR"/>
        </w:rPr>
        <w:lastRenderedPageBreak/>
        <w:t xml:space="preserve">2026 </w:t>
      </w:r>
      <w:proofErr w:type="spellStart"/>
      <w:r>
        <w:rPr>
          <w:b/>
          <w:sz w:val="20"/>
          <w:lang w:eastAsia="ko-KR"/>
        </w:rPr>
        <w:t>멘사코리아</w:t>
      </w:r>
      <w:proofErr w:type="spellEnd"/>
      <w:r>
        <w:rPr>
          <w:b/>
          <w:sz w:val="20"/>
          <w:lang w:eastAsia="ko-KR"/>
        </w:rPr>
        <w:t xml:space="preserve"> 청소년 AI </w:t>
      </w:r>
      <w:proofErr w:type="spellStart"/>
      <w:r>
        <w:rPr>
          <w:b/>
          <w:sz w:val="20"/>
          <w:lang w:eastAsia="ko-KR"/>
        </w:rPr>
        <w:t>해커톤</w:t>
      </w:r>
      <w:proofErr w:type="spellEnd"/>
    </w:p>
    <w:p w14:paraId="476C7223" w14:textId="4CDF30F5" w:rsidR="00A52EC4" w:rsidRDefault="00000000">
      <w:pPr>
        <w:pBdr>
          <w:bottom w:val="single" w:sz="18" w:space="6" w:color="8C8C8C"/>
        </w:pBdr>
        <w:spacing w:after="240"/>
        <w:jc w:val="center"/>
      </w:pPr>
      <w:r>
        <w:rPr>
          <w:b/>
          <w:sz w:val="40"/>
        </w:rPr>
        <w:t xml:space="preserve">참 가 </w:t>
      </w:r>
      <w:r w:rsidR="00441387">
        <w:rPr>
          <w:rFonts w:hint="eastAsia"/>
          <w:b/>
          <w:sz w:val="40"/>
          <w:lang w:eastAsia="ko-KR"/>
        </w:rPr>
        <w:t>지</w:t>
      </w:r>
      <w:r>
        <w:rPr>
          <w:b/>
          <w:sz w:val="40"/>
        </w:rPr>
        <w:t xml:space="preserve"> </w:t>
      </w:r>
      <w:r w:rsidR="00441387">
        <w:rPr>
          <w:rFonts w:hint="eastAsia"/>
          <w:b/>
          <w:sz w:val="40"/>
          <w:lang w:eastAsia="ko-KR"/>
        </w:rPr>
        <w:t>원</w:t>
      </w:r>
      <w:r>
        <w:rPr>
          <w:b/>
          <w:sz w:val="40"/>
        </w:rPr>
        <w:t xml:space="preserve"> 서</w:t>
      </w:r>
    </w:p>
    <w:tbl>
      <w:tblPr>
        <w:tblW w:w="0" w:type="auto"/>
        <w:jc w:val="center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single" w:sz="4" w:space="0" w:color="C4C4C4"/>
          <w:insideV w:val="single" w:sz="4" w:space="0" w:color="C4C4C4"/>
        </w:tblBorders>
        <w:tblLayout w:type="fixed"/>
        <w:tblLook w:val="04A0" w:firstRow="1" w:lastRow="0" w:firstColumn="1" w:lastColumn="0" w:noHBand="0" w:noVBand="1"/>
      </w:tblPr>
      <w:tblGrid>
        <w:gridCol w:w="1191"/>
        <w:gridCol w:w="1644"/>
        <w:gridCol w:w="2608"/>
        <w:gridCol w:w="1417"/>
        <w:gridCol w:w="2778"/>
      </w:tblGrid>
      <w:tr w:rsidR="00A52EC4" w14:paraId="5720C08A" w14:textId="77777777">
        <w:trPr>
          <w:cantSplit/>
          <w:trHeight w:val="510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6637B4A" w14:textId="77777777" w:rsidR="00A52EC4" w:rsidRDefault="00000000">
            <w:pPr>
              <w:jc w:val="center"/>
            </w:pPr>
            <w:r>
              <w:rPr>
                <w:b/>
              </w:rPr>
              <w:t>신청자</w:t>
            </w: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17D7FCD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이름</w:t>
            </w:r>
          </w:p>
        </w:tc>
        <w:tc>
          <w:tcPr>
            <w:tcW w:w="260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69CC4F8" w14:textId="77777777" w:rsidR="00A52EC4" w:rsidRDefault="00000000">
            <w:sdt>
              <w:sdtPr>
                <w:id w:val="-989786650"/>
                <w:showingPlcHdr/>
                <w:text/>
              </w:sdtPr>
              <w:sdtContent>
                <w:r>
                  <w:rPr>
                    <w:color w:val="9A9A9A"/>
                  </w:rPr>
                  <w:t>이름</w:t>
                </w:r>
              </w:sdtContent>
            </w:sdt>
          </w:p>
        </w:tc>
        <w:tc>
          <w:tcPr>
            <w:tcW w:w="1417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3D54B4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생년월일</w:t>
            </w:r>
          </w:p>
        </w:tc>
        <w:tc>
          <w:tcPr>
            <w:tcW w:w="277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6E76BD5" w14:textId="77777777" w:rsidR="00A52EC4" w:rsidRDefault="00000000">
            <w:sdt>
              <w:sdtPr>
                <w:id w:val="-1966348600"/>
                <w:showingPlcHdr/>
                <w:text/>
              </w:sdtPr>
              <w:sdtContent>
                <w:r>
                  <w:rPr>
                    <w:color w:val="9A9A9A"/>
                  </w:rPr>
                  <w:t>YYYY. MM. DD.</w:t>
                </w:r>
              </w:sdtContent>
            </w:sdt>
          </w:p>
        </w:tc>
      </w:tr>
      <w:tr w:rsidR="00A52EC4" w14:paraId="612C4C19" w14:textId="77777777">
        <w:trPr>
          <w:cantSplit/>
          <w:trHeight w:val="510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E875922" w14:textId="77777777" w:rsidR="00A52EC4" w:rsidRDefault="00A52EC4"/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9732F83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휴대전화</w:t>
            </w:r>
          </w:p>
        </w:tc>
        <w:tc>
          <w:tcPr>
            <w:tcW w:w="260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2F29D56" w14:textId="77777777" w:rsidR="00A52EC4" w:rsidRDefault="00000000">
            <w:sdt>
              <w:sdtPr>
                <w:id w:val="-503118515"/>
                <w:showingPlcHdr/>
                <w:text/>
              </w:sdtPr>
              <w:sdtContent>
                <w:r>
                  <w:rPr>
                    <w:color w:val="9A9A9A"/>
                  </w:rPr>
                  <w:t>010-0000-0000</w:t>
                </w:r>
              </w:sdtContent>
            </w:sdt>
          </w:p>
        </w:tc>
        <w:tc>
          <w:tcPr>
            <w:tcW w:w="1417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8AE9E6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이메일</w:t>
            </w:r>
          </w:p>
        </w:tc>
        <w:tc>
          <w:tcPr>
            <w:tcW w:w="277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3BE77C" w14:textId="77777777" w:rsidR="00A52EC4" w:rsidRDefault="00000000">
            <w:sdt>
              <w:sdtPr>
                <w:id w:val="-1581289845"/>
                <w:showingPlcHdr/>
                <w:text/>
              </w:sdtPr>
              <w:sdtContent>
                <w:r>
                  <w:rPr>
                    <w:color w:val="9A9A9A"/>
                  </w:rPr>
                  <w:t>결과 안내 받을 주소</w:t>
                </w:r>
              </w:sdtContent>
            </w:sdt>
          </w:p>
        </w:tc>
      </w:tr>
      <w:tr w:rsidR="00A52EC4" w14:paraId="7FFC19FE" w14:textId="77777777">
        <w:trPr>
          <w:cantSplit/>
          <w:trHeight w:val="652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7042EE" w14:textId="77777777" w:rsidR="00A52EC4" w:rsidRDefault="00A52EC4"/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CC49B3A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소속</w:t>
            </w:r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3AFCD" w14:textId="176B8875" w:rsidR="00A52EC4" w:rsidRDefault="00000000">
            <w:pPr>
              <w:rPr>
                <w:lang w:eastAsia="ko-KR"/>
              </w:rPr>
            </w:pPr>
            <w:proofErr w:type="spellStart"/>
            <w:r>
              <w:rPr>
                <w:color w:val="4D4D4D"/>
                <w:sz w:val="17"/>
                <w:lang w:eastAsia="ko-KR"/>
              </w:rPr>
              <w:t>소속명</w:t>
            </w:r>
            <w:proofErr w:type="spellEnd"/>
            <w:r>
              <w:rPr>
                <w:color w:val="4D4D4D"/>
                <w:sz w:val="17"/>
                <w:lang w:eastAsia="ko-KR"/>
              </w:rPr>
              <w:t xml:space="preserve">  </w:t>
            </w:r>
            <w:sdt>
              <w:sdtPr>
                <w:id w:val="920922541"/>
                <w:showingPlcHdr/>
                <w:text/>
              </w:sdtPr>
              <w:sdtContent>
                <w:r>
                  <w:rPr>
                    <w:color w:val="9A9A9A"/>
                  </w:rPr>
                  <w:t>예) OO고등학교 2학년, OO대학교 OOOO학과</w:t>
                </w:r>
              </w:sdtContent>
            </w:sdt>
            <w:r>
              <w:rPr>
                <w:lang w:eastAsia="ko-KR"/>
              </w:rPr>
              <w:br/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418845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중학생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1923681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고등학생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1114363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대학생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1917362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대학원생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363266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기타(직장인 등)    </w:t>
            </w:r>
          </w:p>
        </w:tc>
      </w:tr>
      <w:tr w:rsidR="00A52EC4" w14:paraId="6799562E" w14:textId="77777777">
        <w:trPr>
          <w:cantSplit/>
          <w:trHeight w:val="510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57E3344" w14:textId="77777777" w:rsidR="00A52EC4" w:rsidRDefault="00A52EC4">
            <w:pPr>
              <w:rPr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5817345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멘사코리아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회원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230076A" w14:textId="77777777" w:rsidR="00A52EC4" w:rsidRDefault="00000000">
            <w:pPr>
              <w:rPr>
                <w:lang w:eastAsia="ko-KR"/>
              </w:rPr>
            </w:pPr>
            <w:sdt>
              <w:sdtPr>
                <w:rPr>
                  <w:rFonts w:ascii="MS Gothic" w:eastAsia="MS Gothic" w:hAnsi="MS Gothic"/>
                  <w:lang w:eastAsia="ko-KR"/>
                </w:rPr>
                <w:id w:val="2011795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</w:t>
            </w:r>
            <w:proofErr w:type="gramStart"/>
            <w:r>
              <w:rPr>
                <w:lang w:eastAsia="ko-KR"/>
              </w:rPr>
              <w:t xml:space="preserve">회원  </w:t>
            </w:r>
            <w:r>
              <w:rPr>
                <w:color w:val="4D4D4D"/>
                <w:sz w:val="17"/>
                <w:lang w:eastAsia="ko-KR"/>
              </w:rPr>
              <w:t>회원번호</w:t>
            </w:r>
            <w:proofErr w:type="gramEnd"/>
            <w:r>
              <w:rPr>
                <w:color w:val="4D4D4D"/>
                <w:sz w:val="17"/>
                <w:lang w:eastAsia="ko-KR"/>
              </w:rPr>
              <w:t xml:space="preserve"> </w:t>
            </w:r>
            <w:sdt>
              <w:sdtPr>
                <w:id w:val="-545144447"/>
                <w:showingPlcHdr/>
                <w:text/>
              </w:sdtPr>
              <w:sdtContent>
                <w:r>
                  <w:rPr>
                    <w:color w:val="9A9A9A"/>
                    <w:lang w:eastAsia="ko-KR"/>
                  </w:rPr>
                  <w:t>입력</w:t>
                </w:r>
              </w:sdtContent>
            </w:sdt>
            <w:r>
              <w:rPr>
                <w:lang w:eastAsia="ko-KR"/>
              </w:rPr>
              <w:t xml:space="preserve">      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659003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비회원</w:t>
            </w:r>
          </w:p>
        </w:tc>
      </w:tr>
      <w:tr w:rsidR="00A52EC4" w14:paraId="7032FBEB" w14:textId="77777777">
        <w:trPr>
          <w:cantSplit/>
          <w:trHeight w:val="652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08C1967" w14:textId="77777777" w:rsidR="00A52EC4" w:rsidRDefault="00000000">
            <w:pPr>
              <w:jc w:val="center"/>
            </w:pPr>
            <w:proofErr w:type="spellStart"/>
            <w:r>
              <w:rPr>
                <w:b/>
              </w:rPr>
              <w:t>관심과</w:t>
            </w:r>
            <w:proofErr w:type="spellEnd"/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경험</w:t>
            </w:r>
            <w:proofErr w:type="spellEnd"/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9B72D1B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생성형 AI</w:t>
            </w:r>
            <w:r>
              <w:rPr>
                <w:b/>
                <w:sz w:val="18"/>
              </w:rPr>
              <w:br/>
              <w:t>사용 경험</w:t>
            </w:r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4A307D" w14:textId="77777777" w:rsidR="00A52EC4" w:rsidRDefault="00000000">
            <w:pPr>
              <w:rPr>
                <w:lang w:eastAsia="ko-KR"/>
              </w:rPr>
            </w:pPr>
            <w:sdt>
              <w:sdtPr>
                <w:rPr>
                  <w:rFonts w:ascii="MS Gothic" w:eastAsia="MS Gothic" w:hAnsi="MS Gothic"/>
                  <w:lang w:eastAsia="ko-KR"/>
                </w:rPr>
                <w:id w:val="1593049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사용해 본 적 없음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992476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몇 번 사용해 봄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430277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학습·일상에 종종 사용    </w:t>
            </w:r>
            <w:r>
              <w:rPr>
                <w:lang w:eastAsia="ko-KR"/>
              </w:rPr>
              <w:br/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2111782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프로젝트나 작업에 꾸준히 사용    </w:t>
            </w:r>
          </w:p>
        </w:tc>
      </w:tr>
      <w:tr w:rsidR="00A52EC4" w14:paraId="0705AF54" w14:textId="77777777">
        <w:trPr>
          <w:cantSplit/>
          <w:trHeight w:val="79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F75A05" w14:textId="77777777" w:rsidR="00A52EC4" w:rsidRDefault="00A52EC4">
            <w:pPr>
              <w:rPr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2456CC7" w14:textId="77777777" w:rsidR="00A52EC4" w:rsidRDefault="00000000">
            <w:pPr>
              <w:jc w:val="center"/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AI로 만들어 본</w:t>
            </w:r>
            <w:r>
              <w:rPr>
                <w:b/>
                <w:sz w:val="18"/>
                <w:lang w:eastAsia="ko-KR"/>
              </w:rPr>
              <w:br/>
              <w:t>웹·앱·자동화</w:t>
            </w:r>
            <w:r>
              <w:rPr>
                <w:color w:val="4D4D4D"/>
                <w:sz w:val="15"/>
                <w:lang w:eastAsia="ko-KR"/>
              </w:rPr>
              <w:br/>
            </w:r>
            <w:proofErr w:type="spellStart"/>
            <w:r>
              <w:rPr>
                <w:color w:val="4D4D4D"/>
                <w:sz w:val="15"/>
                <w:lang w:eastAsia="ko-KR"/>
              </w:rPr>
              <w:t>바이브코딩</w:t>
            </w:r>
            <w:proofErr w:type="spellEnd"/>
            <w:r>
              <w:rPr>
                <w:color w:val="4D4D4D"/>
                <w:sz w:val="15"/>
                <w:lang w:eastAsia="ko-KR"/>
              </w:rPr>
              <w:t xml:space="preserve"> 포함</w:t>
            </w:r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C6AC49D" w14:textId="77777777" w:rsidR="00A52EC4" w:rsidRDefault="00000000">
            <w:pPr>
              <w:rPr>
                <w:lang w:eastAsia="ko-KR"/>
              </w:rPr>
            </w:pPr>
            <w:sdt>
              <w:sdtPr>
                <w:rPr>
                  <w:rFonts w:ascii="MS Gothic" w:eastAsia="MS Gothic" w:hAnsi="MS Gothic"/>
                  <w:lang w:eastAsia="ko-KR"/>
                </w:rPr>
                <w:id w:val="138675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없음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765769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예제·개인 실습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1516532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작동하는 개인 프로젝트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184554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팀 프로젝트    </w:t>
            </w:r>
            <w:r>
              <w:rPr>
                <w:lang w:eastAsia="ko-KR"/>
              </w:rPr>
              <w:br/>
            </w:r>
            <w:r>
              <w:rPr>
                <w:color w:val="4D4D4D"/>
                <w:sz w:val="17"/>
                <w:lang w:eastAsia="ko-KR"/>
              </w:rPr>
              <w:t xml:space="preserve">만든 것  </w:t>
            </w:r>
            <w:sdt>
              <w:sdtPr>
                <w:id w:val="1929075456"/>
                <w:showingPlcHdr/>
                <w:text/>
              </w:sdtPr>
              <w:sdtContent>
                <w:r>
                  <w:rPr>
                    <w:color w:val="9A9A9A"/>
                  </w:rPr>
                  <w:t>예) 급식 메뉴를 알려 주는 챗봇</w:t>
                </w:r>
              </w:sdtContent>
            </w:sdt>
          </w:p>
        </w:tc>
      </w:tr>
      <w:tr w:rsidR="00A52EC4" w14:paraId="4A92014A" w14:textId="77777777">
        <w:trPr>
          <w:cantSplit/>
          <w:trHeight w:val="782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023D966" w14:textId="77777777" w:rsidR="00A52EC4" w:rsidRDefault="00A52EC4">
            <w:pPr>
              <w:rPr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A57D426" w14:textId="77777777" w:rsidR="00A52EC4" w:rsidRDefault="00000000">
            <w:pPr>
              <w:jc w:val="center"/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개선하고 싶은</w:t>
            </w:r>
            <w:r>
              <w:rPr>
                <w:b/>
                <w:sz w:val="18"/>
                <w:lang w:eastAsia="ko-KR"/>
              </w:rPr>
              <w:br/>
              <w:t>불편이나 문제</w:t>
            </w:r>
            <w:r>
              <w:rPr>
                <w:color w:val="4D4D4D"/>
                <w:sz w:val="15"/>
                <w:lang w:eastAsia="ko-KR"/>
              </w:rPr>
              <w:br/>
              <w:t>500자 내외</w:t>
            </w:r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72BB8E" w14:textId="77777777" w:rsidR="00A52EC4" w:rsidRDefault="00000000">
            <w:pPr>
              <w:rPr>
                <w:lang w:eastAsia="ko-KR"/>
              </w:rPr>
            </w:pPr>
            <w:sdt>
              <w:sdtPr>
                <w:id w:val="1584344078"/>
                <w:showingPlcHdr/>
                <w:text w:multiLine="1"/>
              </w:sdtPr>
              <w:sdtContent>
                <w:r>
                  <w:rPr>
                    <w:color w:val="9A9A9A"/>
                  </w:rPr>
                  <w:t>관심 있는 문제와 그 이유를 적어 주세요. 구체적인 해결책이 없어도 괜찮습니다.</w:t>
                </w:r>
              </w:sdtContent>
            </w:sdt>
          </w:p>
        </w:tc>
      </w:tr>
    </w:tbl>
    <w:p w14:paraId="5E485164" w14:textId="74A96FC6" w:rsidR="00A52EC4" w:rsidRDefault="00000000">
      <w:pPr>
        <w:pageBreakBefore/>
        <w:spacing w:after="200"/>
        <w:jc w:val="center"/>
      </w:pPr>
      <w:r>
        <w:rPr>
          <w:b/>
          <w:color w:val="4D4D4D"/>
          <w:sz w:val="22"/>
        </w:rPr>
        <w:lastRenderedPageBreak/>
        <w:t xml:space="preserve">참 가 </w:t>
      </w:r>
      <w:r w:rsidR="00441387">
        <w:rPr>
          <w:rFonts w:hint="eastAsia"/>
          <w:b/>
          <w:color w:val="4D4D4D"/>
          <w:sz w:val="22"/>
          <w:lang w:eastAsia="ko-KR"/>
        </w:rPr>
        <w:t>지</w:t>
      </w:r>
      <w:r>
        <w:rPr>
          <w:b/>
          <w:color w:val="4D4D4D"/>
          <w:sz w:val="22"/>
        </w:rPr>
        <w:t xml:space="preserve"> </w:t>
      </w:r>
      <w:r w:rsidR="00441387">
        <w:rPr>
          <w:rFonts w:hint="eastAsia"/>
          <w:b/>
          <w:color w:val="4D4D4D"/>
          <w:sz w:val="22"/>
          <w:lang w:eastAsia="ko-KR"/>
        </w:rPr>
        <w:t>원</w:t>
      </w:r>
      <w:r>
        <w:rPr>
          <w:b/>
          <w:color w:val="4D4D4D"/>
          <w:sz w:val="22"/>
        </w:rPr>
        <w:t xml:space="preserve"> </w:t>
      </w:r>
      <w:proofErr w:type="gramStart"/>
      <w:r>
        <w:rPr>
          <w:b/>
          <w:color w:val="4D4D4D"/>
          <w:sz w:val="22"/>
        </w:rPr>
        <w:t>서</w:t>
      </w:r>
      <w:r>
        <w:rPr>
          <w:color w:val="9A9A9A"/>
          <w:sz w:val="18"/>
        </w:rPr>
        <w:t xml:space="preserve">  (</w:t>
      </w:r>
      <w:proofErr w:type="spellStart"/>
      <w:proofErr w:type="gramEnd"/>
      <w:r>
        <w:rPr>
          <w:color w:val="9A9A9A"/>
          <w:sz w:val="18"/>
        </w:rPr>
        <w:t>계속</w:t>
      </w:r>
      <w:proofErr w:type="spellEnd"/>
      <w:r>
        <w:rPr>
          <w:color w:val="9A9A9A"/>
          <w:sz w:val="18"/>
        </w:rPr>
        <w:t>)</w:t>
      </w:r>
    </w:p>
    <w:tbl>
      <w:tblPr>
        <w:tblW w:w="0" w:type="auto"/>
        <w:jc w:val="center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single" w:sz="4" w:space="0" w:color="C4C4C4"/>
          <w:insideV w:val="single" w:sz="4" w:space="0" w:color="C4C4C4"/>
        </w:tblBorders>
        <w:tblLayout w:type="fixed"/>
        <w:tblLook w:val="04A0" w:firstRow="1" w:lastRow="0" w:firstColumn="1" w:lastColumn="0" w:noHBand="0" w:noVBand="1"/>
      </w:tblPr>
      <w:tblGrid>
        <w:gridCol w:w="1191"/>
        <w:gridCol w:w="1644"/>
        <w:gridCol w:w="6803"/>
      </w:tblGrid>
      <w:tr w:rsidR="00A52EC4" w14:paraId="610A6AE3" w14:textId="77777777">
        <w:trPr>
          <w:cantSplit/>
          <w:trHeight w:val="10772"/>
          <w:jc w:val="center"/>
        </w:trPr>
        <w:tc>
          <w:tcPr>
            <w:tcW w:w="1191" w:type="dxa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7675D8B" w14:textId="77777777" w:rsidR="00A52EC4" w:rsidRDefault="00000000">
            <w:pPr>
              <w:jc w:val="center"/>
            </w:pPr>
            <w:r>
              <w:rPr>
                <w:b/>
              </w:rPr>
              <w:t>관심과</w:t>
            </w:r>
            <w:r>
              <w:rPr>
                <w:b/>
              </w:rPr>
              <w:br/>
              <w:t>경험</w:t>
            </w: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7C6CC4" w14:textId="77777777" w:rsidR="00A52EC4" w:rsidRDefault="00000000">
            <w:pPr>
              <w:jc w:val="center"/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참가 동기와</w:t>
            </w:r>
            <w:r>
              <w:rPr>
                <w:b/>
                <w:sz w:val="18"/>
                <w:lang w:eastAsia="ko-KR"/>
              </w:rPr>
              <w:br/>
              <w:t>함께 해 보고</w:t>
            </w:r>
            <w:r>
              <w:rPr>
                <w:b/>
                <w:sz w:val="18"/>
                <w:lang w:eastAsia="ko-KR"/>
              </w:rPr>
              <w:br/>
              <w:t>싶은 일</w:t>
            </w:r>
            <w:r>
              <w:rPr>
                <w:color w:val="4D4D4D"/>
                <w:sz w:val="15"/>
                <w:lang w:eastAsia="ko-KR"/>
              </w:rPr>
              <w:br/>
              <w:t>1,500자 내외</w:t>
            </w:r>
          </w:p>
        </w:tc>
        <w:tc>
          <w:tcPr>
            <w:tcW w:w="6803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65A227" w14:textId="77777777" w:rsidR="00A52EC4" w:rsidRDefault="00000000">
            <w:pPr>
              <w:rPr>
                <w:lang w:eastAsia="ko-KR"/>
              </w:rPr>
            </w:pPr>
            <w:sdt>
              <w:sdtPr>
                <w:id w:val="1964926332"/>
                <w:showingPlcHdr/>
                <w:text w:multiLine="1"/>
              </w:sdtPr>
              <w:sdtContent>
                <w:r>
                  <w:rPr>
                    <w:color w:val="9A9A9A"/>
                  </w:rPr>
                  <w:t>참여 의지와 협업에 대한 생각을 적어 주세요.</w:t>
                </w:r>
              </w:sdtContent>
            </w:sdt>
          </w:p>
        </w:tc>
      </w:tr>
      <w:tr w:rsidR="00A52EC4" w14:paraId="57D1913C" w14:textId="77777777">
        <w:trPr>
          <w:cantSplit/>
          <w:trHeight w:val="510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B3738F" w14:textId="77777777" w:rsidR="00A52EC4" w:rsidRDefault="00000000">
            <w:pPr>
              <w:jc w:val="center"/>
            </w:pPr>
            <w:proofErr w:type="spellStart"/>
            <w:r>
              <w:rPr>
                <w:b/>
              </w:rPr>
              <w:t>확인</w:t>
            </w:r>
            <w:proofErr w:type="spellEnd"/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사항</w:t>
            </w:r>
            <w:proofErr w:type="spellEnd"/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6520C5" w14:textId="4E12EAD4" w:rsidR="00A52EC4" w:rsidRDefault="00000000">
            <w:pPr>
              <w:jc w:val="center"/>
              <w:rPr>
                <w:lang w:eastAsia="ko-KR"/>
              </w:rPr>
            </w:pPr>
            <w:r>
              <w:rPr>
                <w:b/>
                <w:sz w:val="18"/>
                <w:lang w:eastAsia="ko-KR"/>
              </w:rPr>
              <w:t>가입한</w:t>
            </w:r>
            <w:r>
              <w:rPr>
                <w:b/>
                <w:sz w:val="18"/>
                <w:lang w:eastAsia="ko-KR"/>
              </w:rPr>
              <w:br/>
              <w:t>생성형 AI</w:t>
            </w:r>
            <w:r>
              <w:rPr>
                <w:color w:val="4D4D4D"/>
                <w:sz w:val="15"/>
                <w:lang w:eastAsia="ko-KR"/>
              </w:rPr>
              <w:br/>
            </w:r>
            <w:r w:rsidR="00441387">
              <w:rPr>
                <w:rFonts w:hint="eastAsia"/>
                <w:color w:val="4D4D4D"/>
                <w:sz w:val="15"/>
                <w:lang w:eastAsia="ko-KR"/>
              </w:rPr>
              <w:t>행사 전 준비</w:t>
            </w:r>
          </w:p>
        </w:tc>
        <w:tc>
          <w:tcPr>
            <w:tcW w:w="6803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4A70E04" w14:textId="77777777" w:rsidR="00A52EC4" w:rsidRDefault="00000000">
            <w:sdt>
              <w:sdtPr>
                <w:rPr>
                  <w:rFonts w:ascii="MS Gothic" w:eastAsia="MS Gothic" w:hAnsi="MS Gothic"/>
                </w:rPr>
                <w:id w:val="-1725827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ChatGPT (Plus </w:t>
            </w:r>
            <w:proofErr w:type="spellStart"/>
            <w:proofErr w:type="gramStart"/>
            <w:r>
              <w:t>이상</w:t>
            </w:r>
            <w:proofErr w:type="spellEnd"/>
            <w:r>
              <w:t xml:space="preserve">)   </w:t>
            </w:r>
            <w:proofErr w:type="gramEnd"/>
            <w:r>
              <w:t xml:space="preserve">   </w:t>
            </w:r>
            <w:sdt>
              <w:sdtPr>
                <w:rPr>
                  <w:rFonts w:ascii="MS Gothic" w:eastAsia="MS Gothic" w:hAnsi="MS Gothic"/>
                </w:rPr>
                <w:id w:val="-1621298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Claude (Pro </w:t>
            </w:r>
            <w:proofErr w:type="gramStart"/>
            <w:r>
              <w:t xml:space="preserve">이상)   </w:t>
            </w:r>
            <w:proofErr w:type="gramEnd"/>
            <w:r>
              <w:t xml:space="preserve">   </w:t>
            </w:r>
          </w:p>
        </w:tc>
      </w:tr>
      <w:tr w:rsidR="00A52EC4" w14:paraId="361BBF0B" w14:textId="77777777">
        <w:trPr>
          <w:cantSplit/>
          <w:trHeight w:val="652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BD8636" w14:textId="77777777" w:rsidR="00A52EC4" w:rsidRDefault="00A52EC4"/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AD2902D" w14:textId="77777777" w:rsidR="00A52EC4" w:rsidRDefault="00000000">
            <w:pPr>
              <w:jc w:val="center"/>
            </w:pPr>
            <w:r>
              <w:rPr>
                <w:b/>
                <w:sz w:val="18"/>
              </w:rPr>
              <w:t>알게 된 경로</w:t>
            </w:r>
          </w:p>
        </w:tc>
        <w:tc>
          <w:tcPr>
            <w:tcW w:w="6803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F1B78F" w14:textId="77777777" w:rsidR="00A52EC4" w:rsidRDefault="00000000">
            <w:pPr>
              <w:rPr>
                <w:lang w:eastAsia="ko-KR"/>
              </w:rPr>
            </w:pPr>
            <w:sdt>
              <w:sdtPr>
                <w:rPr>
                  <w:rFonts w:ascii="MS Gothic" w:eastAsia="MS Gothic" w:hAnsi="MS Gothic"/>
                  <w:lang w:eastAsia="ko-KR"/>
                </w:rPr>
                <w:id w:val="-1393118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</w:t>
            </w:r>
            <w:proofErr w:type="spellStart"/>
            <w:r>
              <w:rPr>
                <w:lang w:eastAsia="ko-KR"/>
              </w:rPr>
              <w:t>멘사코리아</w:t>
            </w:r>
            <w:proofErr w:type="spellEnd"/>
            <w:r>
              <w:rPr>
                <w:lang w:eastAsia="ko-KR"/>
              </w:rPr>
              <w:t xml:space="preserve"> 안내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1376587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학교·동아리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2081051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SNS    </w:t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290724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지인 추천    </w:t>
            </w:r>
            <w:r>
              <w:rPr>
                <w:lang w:eastAsia="ko-KR"/>
              </w:rPr>
              <w:br/>
            </w:r>
            <w:sdt>
              <w:sdtPr>
                <w:rPr>
                  <w:rFonts w:ascii="MS Gothic" w:eastAsia="MS Gothic" w:hAnsi="MS Gothic"/>
                  <w:lang w:eastAsia="ko-KR"/>
                </w:rPr>
                <w:id w:val="-19014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lang w:eastAsia="ko-KR"/>
              </w:rPr>
              <w:t xml:space="preserve"> 기타  </w:t>
            </w:r>
            <w:sdt>
              <w:sdtPr>
                <w:id w:val="-1764982007"/>
                <w:showingPlcHdr/>
                <w:text/>
              </w:sdtPr>
              <w:sdtContent>
                <w:r>
                  <w:rPr>
                    <w:color w:val="9A9A9A"/>
                  </w:rPr>
                  <w:t>직접 입력</w:t>
                </w:r>
              </w:sdtContent>
            </w:sdt>
          </w:p>
        </w:tc>
      </w:tr>
      <w:tr w:rsidR="00A52EC4" w14:paraId="5B338B29" w14:textId="77777777">
        <w:trPr>
          <w:cantSplit/>
          <w:trHeight w:val="510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17CD785" w14:textId="77777777" w:rsidR="00A52EC4" w:rsidRDefault="00A52EC4">
            <w:pPr>
              <w:rPr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D64F0F2" w14:textId="77777777" w:rsidR="00A52EC4" w:rsidRDefault="00000000">
            <w:pPr>
              <w:jc w:val="center"/>
            </w:pPr>
            <w:proofErr w:type="spellStart"/>
            <w:r>
              <w:rPr>
                <w:b/>
                <w:sz w:val="18"/>
              </w:rPr>
              <w:t>참가비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확인</w:t>
            </w:r>
            <w:proofErr w:type="spellEnd"/>
            <w:r>
              <w:rPr>
                <w:color w:val="4D4D4D"/>
                <w:sz w:val="15"/>
              </w:rPr>
              <w:br/>
            </w:r>
            <w:proofErr w:type="spellStart"/>
            <w:r>
              <w:rPr>
                <w:color w:val="4D4D4D"/>
                <w:sz w:val="15"/>
              </w:rPr>
              <w:t>필수</w:t>
            </w:r>
            <w:proofErr w:type="spellEnd"/>
          </w:p>
        </w:tc>
        <w:tc>
          <w:tcPr>
            <w:tcW w:w="6803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47C2F67" w14:textId="77777777" w:rsidR="00A52EC4" w:rsidRDefault="00000000">
            <w:pPr>
              <w:rPr>
                <w:lang w:eastAsia="ko-KR"/>
              </w:rPr>
            </w:pPr>
            <w:sdt>
              <w:sdtPr>
                <w:rPr>
                  <w:rFonts w:ascii="MS Gothic" w:eastAsia="MS Gothic" w:hAnsi="MS Gothic"/>
                  <w:lang w:eastAsia="ko-KR"/>
                </w:rPr>
                <w:id w:val="1145855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eastAsia="ko-KR"/>
                  </w:rPr>
                  <w:t>☐</w:t>
                </w:r>
              </w:sdtContent>
            </w:sdt>
            <w:r>
              <w:rPr>
                <w:sz w:val="17"/>
                <w:lang w:eastAsia="ko-KR"/>
              </w:rPr>
              <w:t xml:space="preserve"> 선발 시 10. 23.(금) 18:00까지 30,000원을 입금해야 하며, </w:t>
            </w:r>
            <w:proofErr w:type="spellStart"/>
            <w:r>
              <w:rPr>
                <w:sz w:val="17"/>
                <w:lang w:eastAsia="ko-KR"/>
              </w:rPr>
              <w:t>미입금</w:t>
            </w:r>
            <w:proofErr w:type="spellEnd"/>
            <w:r>
              <w:rPr>
                <w:sz w:val="17"/>
                <w:lang w:eastAsia="ko-KR"/>
              </w:rPr>
              <w:t xml:space="preserve"> 시 선발이 취소됨을 확인했습니다.</w:t>
            </w:r>
          </w:p>
        </w:tc>
      </w:tr>
    </w:tbl>
    <w:p w14:paraId="636E90C3" w14:textId="77777777" w:rsidR="00A52EC4" w:rsidRDefault="00000000">
      <w:pPr>
        <w:pageBreakBefore/>
        <w:pBdr>
          <w:bottom w:val="single" w:sz="18" w:space="6" w:color="8C8C8C"/>
        </w:pBdr>
        <w:spacing w:after="200"/>
        <w:jc w:val="center"/>
        <w:rPr>
          <w:lang w:eastAsia="ko-KR"/>
        </w:rPr>
      </w:pPr>
      <w:r>
        <w:rPr>
          <w:b/>
          <w:sz w:val="28"/>
          <w:lang w:eastAsia="ko-KR"/>
        </w:rPr>
        <w:lastRenderedPageBreak/>
        <w:t>개인정보 수집·이용 및 보호자 동의</w:t>
      </w:r>
    </w:p>
    <w:tbl>
      <w:tblPr>
        <w:tblW w:w="0" w:type="auto"/>
        <w:jc w:val="center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single" w:sz="4" w:space="0" w:color="C4C4C4"/>
          <w:insideV w:val="single" w:sz="4" w:space="0" w:color="C4C4C4"/>
        </w:tblBorders>
        <w:tblLayout w:type="fixed"/>
        <w:tblLook w:val="04A0" w:firstRow="1" w:lastRow="0" w:firstColumn="1" w:lastColumn="0" w:noHBand="0" w:noVBand="1"/>
      </w:tblPr>
      <w:tblGrid>
        <w:gridCol w:w="1191"/>
        <w:gridCol w:w="1644"/>
        <w:gridCol w:w="2608"/>
        <w:gridCol w:w="1417"/>
        <w:gridCol w:w="2778"/>
      </w:tblGrid>
      <w:tr w:rsidR="00A52EC4" w14:paraId="0B3548E9" w14:textId="77777777">
        <w:trPr>
          <w:cantSplit/>
          <w:trHeight w:val="454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B4861F" w14:textId="77777777" w:rsidR="00A52EC4" w:rsidRPr="00441387" w:rsidRDefault="00000000">
            <w:pPr>
              <w:jc w:val="center"/>
              <w:rPr>
                <w:color w:val="000000"/>
                <w:lang w:eastAsia="ko-KR"/>
              </w:rPr>
            </w:pPr>
            <w:r w:rsidRPr="00441387">
              <w:rPr>
                <w:b/>
                <w:color w:val="000000"/>
                <w:lang w:eastAsia="ko-KR"/>
              </w:rPr>
              <w:t>개인정보</w:t>
            </w:r>
            <w:r w:rsidRPr="00441387">
              <w:rPr>
                <w:b/>
                <w:color w:val="000000"/>
                <w:lang w:eastAsia="ko-KR"/>
              </w:rPr>
              <w:br/>
              <w:t>수집·이용</w:t>
            </w:r>
            <w:r w:rsidRPr="00441387">
              <w:rPr>
                <w:b/>
                <w:color w:val="000000"/>
                <w:lang w:eastAsia="ko-KR"/>
              </w:rPr>
              <w:br/>
              <w:t>(필수)</w:t>
            </w: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8A21B6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수집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목적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13C23C6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신청 접수, 참가 자격 확인, 참가자 선발, 팀 편성, 결과 및 행사 안내</w:t>
            </w:r>
          </w:p>
        </w:tc>
      </w:tr>
      <w:tr w:rsidR="00A52EC4" w14:paraId="5726784E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63ACE4A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08B6D6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수집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항목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E5B144D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이름, 생년월일, 휴대전화, 이메일, 소속, 회원 여부·회원번호, 신청서 답변</w:t>
            </w:r>
            <w:r w:rsidRPr="00441387">
              <w:rPr>
                <w:color w:val="000000"/>
                <w:sz w:val="17"/>
                <w:lang w:eastAsia="ko-KR"/>
              </w:rPr>
              <w:br/>
              <w:t>(만 14세 미만인 경우) 법정대리인 성명·관계·연락처</w:t>
            </w:r>
          </w:p>
        </w:tc>
      </w:tr>
      <w:tr w:rsidR="00A52EC4" w14:paraId="4C157F83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9E23A39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E0A081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보유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기간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27A6230" w14:textId="77777777" w:rsidR="00A52EC4" w:rsidRPr="00441387" w:rsidRDefault="00000000">
            <w:pPr>
              <w:rPr>
                <w:color w:val="000000"/>
              </w:rPr>
            </w:pPr>
            <w:r w:rsidRPr="00441387">
              <w:rPr>
                <w:color w:val="000000"/>
                <w:sz w:val="17"/>
              </w:rPr>
              <w:t>2026. 12. 31.까지 보유 후 파기</w:t>
            </w:r>
          </w:p>
        </w:tc>
      </w:tr>
      <w:tr w:rsidR="00A52EC4" w14:paraId="5B3AAC8F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FC9A7A4" w14:textId="77777777" w:rsidR="00A52EC4" w:rsidRPr="00441387" w:rsidRDefault="00A52EC4">
            <w:pPr>
              <w:rPr>
                <w:color w:val="000000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63143BA" w14:textId="77777777" w:rsidR="00A52EC4" w:rsidRPr="00441387" w:rsidRDefault="00000000">
            <w:pPr>
              <w:jc w:val="center"/>
              <w:rPr>
                <w:color w:val="000000"/>
              </w:rPr>
            </w:pPr>
            <w:r w:rsidRPr="00441387">
              <w:rPr>
                <w:b/>
                <w:color w:val="000000"/>
                <w:sz w:val="18"/>
              </w:rPr>
              <w:t>거부 권리</w:t>
            </w:r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0007DE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동의를 거부할 수 있으나, 거부 시 참가 신청을 처리할 수 없습니다.</w:t>
            </w:r>
          </w:p>
        </w:tc>
      </w:tr>
      <w:tr w:rsidR="00A52EC4" w14:paraId="6B52369E" w14:textId="77777777">
        <w:trPr>
          <w:cantSplit/>
          <w:trHeight w:val="482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4FACCC7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48EDE89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동의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여부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7FC0B82" w14:textId="77777777" w:rsidR="00A52EC4" w:rsidRPr="00441387" w:rsidRDefault="00000000">
            <w:pPr>
              <w:rPr>
                <w:color w:val="000000"/>
                <w:lang w:eastAsia="ko-KR"/>
              </w:rPr>
            </w:pPr>
            <w:sdt>
              <w:sdtPr>
                <w:rPr>
                  <w:rFonts w:ascii="MS Gothic" w:eastAsia="MS Gothic" w:hAnsi="MS Gothic"/>
                  <w:color w:val="000000"/>
                  <w:lang w:eastAsia="ko-KR"/>
                </w:rPr>
                <w:id w:val="1607461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41387">
                  <w:rPr>
                    <w:rFonts w:ascii="MS Gothic" w:eastAsia="MS Gothic" w:hAnsi="MS Gothic" w:hint="eastAsia"/>
                    <w:color w:val="000000"/>
                    <w:lang w:eastAsia="ko-KR"/>
                  </w:rPr>
                  <w:t>☐</w:t>
                </w:r>
              </w:sdtContent>
            </w:sdt>
            <w:r w:rsidRPr="00441387">
              <w:rPr>
                <w:color w:val="000000"/>
                <w:lang w:eastAsia="ko-KR"/>
              </w:rPr>
              <w:t xml:space="preserve"> 동의합니다       </w:t>
            </w:r>
            <w:sdt>
              <w:sdtPr>
                <w:rPr>
                  <w:rFonts w:ascii="MS Gothic" w:eastAsia="MS Gothic" w:hAnsi="MS Gothic"/>
                  <w:color w:val="000000"/>
                  <w:lang w:eastAsia="ko-KR"/>
                </w:rPr>
                <w:id w:val="-4368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41387">
                  <w:rPr>
                    <w:rFonts w:ascii="MS Gothic" w:eastAsia="MS Gothic" w:hAnsi="MS Gothic" w:hint="eastAsia"/>
                    <w:color w:val="000000"/>
                    <w:lang w:eastAsia="ko-KR"/>
                  </w:rPr>
                  <w:t>☐</w:t>
                </w:r>
              </w:sdtContent>
            </w:sdt>
            <w:r w:rsidRPr="00441387">
              <w:rPr>
                <w:color w:val="000000"/>
                <w:lang w:eastAsia="ko-KR"/>
              </w:rPr>
              <w:t xml:space="preserve"> 동의하지 않습니다       </w:t>
            </w:r>
          </w:p>
        </w:tc>
      </w:tr>
      <w:tr w:rsidR="00A52EC4" w14:paraId="42599174" w14:textId="77777777">
        <w:trPr>
          <w:cantSplit/>
          <w:trHeight w:val="454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C0634AC" w14:textId="77777777" w:rsidR="00A52EC4" w:rsidRPr="00441387" w:rsidRDefault="00000000">
            <w:pPr>
              <w:jc w:val="center"/>
              <w:rPr>
                <w:color w:val="000000"/>
                <w:lang w:eastAsia="ko-KR"/>
              </w:rPr>
            </w:pPr>
            <w:r w:rsidRPr="00441387">
              <w:rPr>
                <w:b/>
                <w:color w:val="000000"/>
                <w:lang w:eastAsia="ko-KR"/>
              </w:rPr>
              <w:t>사진·영상</w:t>
            </w:r>
            <w:r w:rsidRPr="00441387">
              <w:rPr>
                <w:b/>
                <w:color w:val="000000"/>
                <w:lang w:eastAsia="ko-KR"/>
              </w:rPr>
              <w:br/>
              <w:t>촬영·활용</w:t>
            </w:r>
            <w:r w:rsidRPr="00441387">
              <w:rPr>
                <w:b/>
                <w:color w:val="000000"/>
                <w:lang w:eastAsia="ko-KR"/>
              </w:rPr>
              <w:br/>
              <w:t>(선택)</w:t>
            </w: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51F8C45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활용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목적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654E81E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 xml:space="preserve">행사 기록, </w:t>
            </w:r>
            <w:proofErr w:type="spellStart"/>
            <w:r w:rsidRPr="00441387">
              <w:rPr>
                <w:color w:val="000000"/>
                <w:sz w:val="17"/>
                <w:lang w:eastAsia="ko-KR"/>
              </w:rPr>
              <w:t>멘사코리아</w:t>
            </w:r>
            <w:proofErr w:type="spellEnd"/>
            <w:r w:rsidRPr="00441387">
              <w:rPr>
                <w:color w:val="000000"/>
                <w:sz w:val="17"/>
                <w:lang w:eastAsia="ko-KR"/>
              </w:rPr>
              <w:t xml:space="preserve"> 홈페이지·SNS·소식지 등 활동 소개</w:t>
            </w:r>
          </w:p>
        </w:tc>
      </w:tr>
      <w:tr w:rsidR="00A52EC4" w14:paraId="41210030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12DDEB8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C5E892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촬영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항목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E781DED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행사 중 촬영된 사진 및 영상 (얼굴 등 초상 포함)</w:t>
            </w:r>
          </w:p>
        </w:tc>
      </w:tr>
      <w:tr w:rsidR="00A52EC4" w14:paraId="18D6EC11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A110B47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EA7476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보유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기간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F82D29F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동의 철회 시까지 (철회 요청 시 이후 신규 게시 중단)</w:t>
            </w:r>
          </w:p>
        </w:tc>
      </w:tr>
      <w:tr w:rsidR="00A52EC4" w14:paraId="18F1DAC0" w14:textId="77777777">
        <w:trPr>
          <w:cantSplit/>
          <w:trHeight w:val="454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82AF489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2F3F39F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거부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권리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3D62263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동의하지 않아도 참가에 불이익이 없으며, 게시물에서 식별되지 않도록 배려합니다.</w:t>
            </w:r>
          </w:p>
        </w:tc>
      </w:tr>
      <w:tr w:rsidR="00A52EC4" w14:paraId="0E0FDE27" w14:textId="77777777">
        <w:trPr>
          <w:cantSplit/>
          <w:trHeight w:val="482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161C6BA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F119247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동의</w:t>
            </w:r>
            <w:proofErr w:type="spellEnd"/>
            <w:r w:rsidRPr="00441387">
              <w:rPr>
                <w:b/>
                <w:color w:val="000000"/>
                <w:sz w:val="18"/>
              </w:rPr>
              <w:t xml:space="preserve"> </w:t>
            </w:r>
            <w:proofErr w:type="spellStart"/>
            <w:r w:rsidRPr="00441387">
              <w:rPr>
                <w:b/>
                <w:color w:val="000000"/>
                <w:sz w:val="18"/>
              </w:rPr>
              <w:t>여부</w:t>
            </w:r>
            <w:proofErr w:type="spellEnd"/>
          </w:p>
        </w:tc>
        <w:tc>
          <w:tcPr>
            <w:tcW w:w="6803" w:type="dxa"/>
            <w:gridSpan w:val="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259D4A" w14:textId="77777777" w:rsidR="00A52EC4" w:rsidRPr="00441387" w:rsidRDefault="00000000">
            <w:pPr>
              <w:rPr>
                <w:color w:val="000000"/>
                <w:lang w:eastAsia="ko-KR"/>
              </w:rPr>
            </w:pPr>
            <w:sdt>
              <w:sdtPr>
                <w:rPr>
                  <w:rFonts w:ascii="MS Gothic" w:eastAsia="MS Gothic" w:hAnsi="MS Gothic"/>
                  <w:color w:val="000000"/>
                  <w:lang w:eastAsia="ko-KR"/>
                </w:rPr>
                <w:id w:val="1092514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41387">
                  <w:rPr>
                    <w:rFonts w:ascii="MS Gothic" w:eastAsia="MS Gothic" w:hAnsi="MS Gothic" w:hint="eastAsia"/>
                    <w:color w:val="000000"/>
                    <w:lang w:eastAsia="ko-KR"/>
                  </w:rPr>
                  <w:t>☐</w:t>
                </w:r>
              </w:sdtContent>
            </w:sdt>
            <w:r w:rsidRPr="00441387">
              <w:rPr>
                <w:color w:val="000000"/>
                <w:lang w:eastAsia="ko-KR"/>
              </w:rPr>
              <w:t xml:space="preserve"> 동의합니다       </w:t>
            </w:r>
            <w:sdt>
              <w:sdtPr>
                <w:rPr>
                  <w:rFonts w:ascii="MS Gothic" w:eastAsia="MS Gothic" w:hAnsi="MS Gothic"/>
                  <w:color w:val="000000"/>
                  <w:lang w:eastAsia="ko-KR"/>
                </w:rPr>
                <w:id w:val="183402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41387">
                  <w:rPr>
                    <w:rFonts w:ascii="MS Gothic" w:eastAsia="MS Gothic" w:hAnsi="MS Gothic" w:hint="eastAsia"/>
                    <w:color w:val="000000"/>
                    <w:lang w:eastAsia="ko-KR"/>
                  </w:rPr>
                  <w:t>☐</w:t>
                </w:r>
              </w:sdtContent>
            </w:sdt>
            <w:r w:rsidRPr="00441387">
              <w:rPr>
                <w:color w:val="000000"/>
                <w:lang w:eastAsia="ko-KR"/>
              </w:rPr>
              <w:t xml:space="preserve"> 동의하지 않습니다       </w:t>
            </w:r>
          </w:p>
        </w:tc>
      </w:tr>
      <w:tr w:rsidR="00A52EC4" w14:paraId="595D5998" w14:textId="77777777">
        <w:trPr>
          <w:cantSplit/>
          <w:trHeight w:val="680"/>
          <w:jc w:val="center"/>
        </w:trPr>
        <w:tc>
          <w:tcPr>
            <w:tcW w:w="1191" w:type="dxa"/>
            <w:vMerge w:val="restart"/>
            <w:shd w:val="clear" w:color="auto" w:fill="E3E3E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1CA2F79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</w:rPr>
              <w:t>보호자</w:t>
            </w:r>
            <w:proofErr w:type="spellEnd"/>
            <w:r w:rsidRPr="00441387">
              <w:rPr>
                <w:b/>
                <w:color w:val="000000"/>
              </w:rPr>
              <w:br/>
            </w:r>
            <w:proofErr w:type="spellStart"/>
            <w:r w:rsidRPr="00441387">
              <w:rPr>
                <w:b/>
                <w:color w:val="000000"/>
              </w:rPr>
              <w:t>동의</w:t>
            </w:r>
            <w:proofErr w:type="spellEnd"/>
            <w:r w:rsidRPr="00441387">
              <w:rPr>
                <w:b/>
                <w:color w:val="000000"/>
              </w:rPr>
              <w:br/>
              <w:t>(만 14세</w:t>
            </w:r>
            <w:r w:rsidRPr="00441387">
              <w:rPr>
                <w:b/>
                <w:color w:val="000000"/>
              </w:rPr>
              <w:br/>
              <w:t>미만)</w:t>
            </w:r>
          </w:p>
        </w:tc>
        <w:tc>
          <w:tcPr>
            <w:tcW w:w="8447" w:type="dxa"/>
            <w:gridSpan w:val="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8BFC5E" w14:textId="77777777" w:rsidR="00A52EC4" w:rsidRPr="00441387" w:rsidRDefault="00000000">
            <w:pPr>
              <w:rPr>
                <w:color w:val="000000"/>
                <w:lang w:eastAsia="ko-KR"/>
              </w:rPr>
            </w:pPr>
            <w:r w:rsidRPr="00441387">
              <w:rPr>
                <w:color w:val="000000"/>
                <w:sz w:val="17"/>
                <w:lang w:eastAsia="ko-KR"/>
              </w:rPr>
              <w:t>개인정보 보호법 제22조의2에 따라 만 14세 미만 아동의 개인정보 처리에는 법정대리인의 동의가 필요합니다. 본인은 신청자의 법정대리인으로서 위 내용에 동의합니다.</w:t>
            </w:r>
          </w:p>
        </w:tc>
      </w:tr>
      <w:tr w:rsidR="00A52EC4" w14:paraId="3986CD77" w14:textId="77777777">
        <w:trPr>
          <w:cantSplit/>
          <w:trHeight w:val="510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D4305F1" w14:textId="77777777" w:rsidR="00A52EC4" w:rsidRPr="00441387" w:rsidRDefault="00A52EC4">
            <w:pPr>
              <w:rPr>
                <w:color w:val="000000"/>
                <w:lang w:eastAsia="ko-KR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F47D3B4" w14:textId="77777777" w:rsidR="00A52EC4" w:rsidRPr="00441387" w:rsidRDefault="00000000">
            <w:pPr>
              <w:jc w:val="center"/>
              <w:rPr>
                <w:color w:val="000000"/>
              </w:rPr>
            </w:pPr>
            <w:proofErr w:type="spellStart"/>
            <w:r w:rsidRPr="00441387">
              <w:rPr>
                <w:b/>
                <w:color w:val="000000"/>
                <w:sz w:val="18"/>
              </w:rPr>
              <w:t>성명</w:t>
            </w:r>
            <w:proofErr w:type="spellEnd"/>
          </w:p>
        </w:tc>
        <w:tc>
          <w:tcPr>
            <w:tcW w:w="260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191829F" w14:textId="77777777" w:rsidR="00A52EC4" w:rsidRPr="00441387" w:rsidRDefault="00000000">
            <w:pPr>
              <w:rPr>
                <w:color w:val="000000"/>
              </w:rPr>
            </w:pPr>
            <w:sdt>
              <w:sdtPr>
                <w:rPr>
                  <w:color w:val="000000"/>
                </w:rPr>
                <w:id w:val="-165946231"/>
                <w:showingPlcHdr/>
                <w:text/>
              </w:sdtPr>
              <w:sdtContent>
                <w:r w:rsidRPr="00441387">
                  <w:rPr>
                    <w:color w:val="000000"/>
                  </w:rPr>
                  <w:t>이름</w:t>
                </w:r>
              </w:sdtContent>
            </w:sdt>
          </w:p>
        </w:tc>
        <w:tc>
          <w:tcPr>
            <w:tcW w:w="1417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64CECA0" w14:textId="77777777" w:rsidR="00A52EC4" w:rsidRPr="00441387" w:rsidRDefault="00000000">
            <w:pPr>
              <w:jc w:val="center"/>
              <w:rPr>
                <w:color w:val="000000"/>
              </w:rPr>
            </w:pPr>
            <w:r w:rsidRPr="00441387">
              <w:rPr>
                <w:b/>
                <w:color w:val="000000"/>
                <w:sz w:val="18"/>
              </w:rPr>
              <w:t>관계</w:t>
            </w:r>
          </w:p>
        </w:tc>
        <w:tc>
          <w:tcPr>
            <w:tcW w:w="277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01E67F4" w14:textId="77777777" w:rsidR="00A52EC4" w:rsidRPr="00441387" w:rsidRDefault="00000000">
            <w:pPr>
              <w:rPr>
                <w:color w:val="000000"/>
              </w:rPr>
            </w:pPr>
            <w:sdt>
              <w:sdtPr>
                <w:rPr>
                  <w:color w:val="000000"/>
                </w:rPr>
                <w:id w:val="-605653178"/>
                <w:showingPlcHdr/>
                <w:text/>
              </w:sdtPr>
              <w:sdtContent>
                <w:r w:rsidRPr="00441387">
                  <w:rPr>
                    <w:color w:val="000000"/>
                  </w:rPr>
                  <w:t>예) 부, 모</w:t>
                </w:r>
              </w:sdtContent>
            </w:sdt>
          </w:p>
        </w:tc>
      </w:tr>
      <w:tr w:rsidR="00A52EC4" w14:paraId="52AC80BB" w14:textId="77777777">
        <w:trPr>
          <w:cantSplit/>
          <w:trHeight w:val="510"/>
          <w:jc w:val="center"/>
        </w:trPr>
        <w:tc>
          <w:tcPr>
            <w:tcW w:w="1191" w:type="dxa"/>
            <w:vMerge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3850F33" w14:textId="77777777" w:rsidR="00A52EC4" w:rsidRPr="00441387" w:rsidRDefault="00A52EC4">
            <w:pPr>
              <w:rPr>
                <w:color w:val="000000"/>
              </w:rPr>
            </w:pPr>
          </w:p>
        </w:tc>
        <w:tc>
          <w:tcPr>
            <w:tcW w:w="1644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2A4B726" w14:textId="77777777" w:rsidR="00A52EC4" w:rsidRPr="00441387" w:rsidRDefault="00000000">
            <w:pPr>
              <w:jc w:val="center"/>
              <w:rPr>
                <w:color w:val="000000"/>
              </w:rPr>
            </w:pPr>
            <w:r w:rsidRPr="00441387">
              <w:rPr>
                <w:b/>
                <w:color w:val="000000"/>
                <w:sz w:val="18"/>
              </w:rPr>
              <w:t>연락처</w:t>
            </w:r>
          </w:p>
        </w:tc>
        <w:tc>
          <w:tcPr>
            <w:tcW w:w="260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412F94F" w14:textId="77777777" w:rsidR="00A52EC4" w:rsidRPr="00441387" w:rsidRDefault="00000000">
            <w:pPr>
              <w:rPr>
                <w:color w:val="000000"/>
              </w:rPr>
            </w:pPr>
            <w:sdt>
              <w:sdtPr>
                <w:rPr>
                  <w:color w:val="000000"/>
                </w:rPr>
                <w:id w:val="200596839"/>
                <w:showingPlcHdr/>
                <w:text/>
              </w:sdtPr>
              <w:sdtContent>
                <w:r w:rsidRPr="00441387">
                  <w:rPr>
                    <w:color w:val="000000"/>
                  </w:rPr>
                  <w:t>010-0000-0000</w:t>
                </w:r>
              </w:sdtContent>
            </w:sdt>
          </w:p>
        </w:tc>
        <w:tc>
          <w:tcPr>
            <w:tcW w:w="1417" w:type="dxa"/>
            <w:shd w:val="clear" w:color="auto" w:fill="F4F4F4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6F310A3" w14:textId="77777777" w:rsidR="00A52EC4" w:rsidRPr="00441387" w:rsidRDefault="00000000">
            <w:pPr>
              <w:jc w:val="center"/>
              <w:rPr>
                <w:color w:val="000000"/>
              </w:rPr>
            </w:pPr>
            <w:r w:rsidRPr="00441387">
              <w:rPr>
                <w:b/>
                <w:color w:val="000000"/>
                <w:sz w:val="18"/>
              </w:rPr>
              <w:t>서명</w:t>
            </w:r>
          </w:p>
        </w:tc>
        <w:tc>
          <w:tcPr>
            <w:tcW w:w="2778" w:type="dx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D1F4E3" w14:textId="77777777" w:rsidR="00A52EC4" w:rsidRPr="00441387" w:rsidRDefault="00000000">
            <w:pPr>
              <w:jc w:val="right"/>
              <w:rPr>
                <w:color w:val="000000"/>
              </w:rPr>
            </w:pPr>
            <w:r w:rsidRPr="00441387">
              <w:rPr>
                <w:color w:val="000000"/>
                <w:sz w:val="17"/>
              </w:rPr>
              <w:t>(서명)</w:t>
            </w:r>
          </w:p>
        </w:tc>
      </w:tr>
      <w:tr w:rsidR="00A52EC4" w14:paraId="3D2667A1" w14:textId="77777777">
        <w:trPr>
          <w:cantSplit/>
          <w:trHeight w:val="2041"/>
          <w:jc w:val="center"/>
        </w:trPr>
        <w:tc>
          <w:tcPr>
            <w:tcW w:w="9638" w:type="dxa"/>
            <w:gridSpan w:val="5"/>
            <w:tcMar>
              <w:top w:w="300" w:type="dxa"/>
              <w:left w:w="400" w:type="dxa"/>
              <w:bottom w:w="300" w:type="dxa"/>
              <w:right w:w="400" w:type="dxa"/>
            </w:tcMar>
            <w:vAlign w:val="center"/>
          </w:tcPr>
          <w:p w14:paraId="3ED35EB9" w14:textId="77777777" w:rsidR="00A52EC4" w:rsidRDefault="00000000">
            <w:pPr>
              <w:jc w:val="center"/>
              <w:rPr>
                <w:lang w:eastAsia="ko-KR"/>
              </w:rPr>
            </w:pPr>
            <w:r>
              <w:rPr>
                <w:b/>
                <w:sz w:val="21"/>
                <w:lang w:eastAsia="ko-KR"/>
              </w:rPr>
              <w:t xml:space="preserve">위와 같이 2026 </w:t>
            </w:r>
            <w:proofErr w:type="spellStart"/>
            <w:r>
              <w:rPr>
                <w:b/>
                <w:sz w:val="21"/>
                <w:lang w:eastAsia="ko-KR"/>
              </w:rPr>
              <w:t>멘사코리아</w:t>
            </w:r>
            <w:proofErr w:type="spellEnd"/>
            <w:r>
              <w:rPr>
                <w:b/>
                <w:sz w:val="21"/>
                <w:lang w:eastAsia="ko-KR"/>
              </w:rPr>
              <w:t xml:space="preserve"> 청소년 AI </w:t>
            </w:r>
            <w:proofErr w:type="spellStart"/>
            <w:r>
              <w:rPr>
                <w:b/>
                <w:sz w:val="21"/>
                <w:lang w:eastAsia="ko-KR"/>
              </w:rPr>
              <w:t>해커톤</w:t>
            </w:r>
            <w:proofErr w:type="spellEnd"/>
            <w:r>
              <w:rPr>
                <w:b/>
                <w:sz w:val="21"/>
                <w:lang w:eastAsia="ko-KR"/>
              </w:rPr>
              <w:t xml:space="preserve"> 참가를 신청합니다.</w:t>
            </w:r>
          </w:p>
          <w:p w14:paraId="4DE5C269" w14:textId="77777777" w:rsidR="00A52EC4" w:rsidRDefault="00000000">
            <w:pPr>
              <w:spacing w:before="520"/>
              <w:jc w:val="right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2026년   10월        일</w:t>
            </w:r>
          </w:p>
          <w:p w14:paraId="026022DF" w14:textId="77777777" w:rsidR="00A52EC4" w:rsidRDefault="00000000">
            <w:pPr>
              <w:spacing w:before="360"/>
              <w:jc w:val="right"/>
              <w:rPr>
                <w:lang w:eastAsia="ko-KR"/>
              </w:rPr>
            </w:pPr>
            <w:r>
              <w:rPr>
                <w:color w:val="4D4D4D"/>
                <w:lang w:eastAsia="ko-KR"/>
              </w:rPr>
              <w:t xml:space="preserve">신청자  </w:t>
            </w:r>
            <w:sdt>
              <w:sdtPr>
                <w:id w:val="327480987"/>
                <w:showingPlcHdr/>
                <w:text/>
              </w:sdtPr>
              <w:sdtContent>
                <w:r>
                  <w:rPr>
                    <w:color w:val="9A9A9A"/>
                    <w:lang w:eastAsia="ko-KR"/>
                  </w:rPr>
                  <w:t>이름</w:t>
                </w:r>
              </w:sdtContent>
            </w:sdt>
            <w:r>
              <w:rPr>
                <w:color w:val="9A9A9A"/>
                <w:sz w:val="18"/>
                <w:lang w:eastAsia="ko-KR"/>
              </w:rPr>
              <w:t xml:space="preserve">        (서명)</w:t>
            </w:r>
          </w:p>
        </w:tc>
      </w:tr>
    </w:tbl>
    <w:p w14:paraId="05626230" w14:textId="77777777" w:rsidR="001D0925" w:rsidRDefault="001D0925">
      <w:pPr>
        <w:rPr>
          <w:lang w:eastAsia="ko-KR"/>
        </w:rPr>
      </w:pPr>
    </w:p>
    <w:sectPr w:rsidR="001D0925" w:rsidSect="00034616">
      <w:footerReference w:type="default" r:id="rId8"/>
      <w:pgSz w:w="11906" w:h="16838"/>
      <w:pgMar w:top="907" w:right="1134" w:bottom="850" w:left="1134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C4501" w14:textId="77777777" w:rsidR="001D0925" w:rsidRDefault="001D0925">
      <w:pPr>
        <w:spacing w:line="240" w:lineRule="auto"/>
      </w:pPr>
      <w:r>
        <w:separator/>
      </w:r>
    </w:p>
  </w:endnote>
  <w:endnote w:type="continuationSeparator" w:id="0">
    <w:p w14:paraId="38D83A81" w14:textId="77777777" w:rsidR="001D0925" w:rsidRDefault="001D09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731FC" w14:textId="77777777" w:rsidR="00A52EC4" w:rsidRDefault="00000000">
    <w:pPr>
      <w:tabs>
        <w:tab w:val="right" w:pos="9638"/>
      </w:tabs>
      <w:rPr>
        <w:lang w:eastAsia="ko-KR"/>
      </w:rPr>
    </w:pPr>
    <w:r>
      <w:rPr>
        <w:color w:val="9A9A9A"/>
        <w:sz w:val="15"/>
        <w:lang w:eastAsia="ko-KR"/>
      </w:rPr>
      <w:t>2026 멘사코리아 청소년 AI 해커톤</w:t>
    </w:r>
    <w:r>
      <w:rPr>
        <w:color w:val="9A9A9A"/>
        <w:sz w:val="15"/>
        <w:lang w:eastAsia="ko-KR"/>
      </w:rPr>
      <w:tab/>
    </w:r>
    <w:r>
      <w:rPr>
        <w:color w:val="9A9A9A"/>
        <w:sz w:val="15"/>
      </w:rPr>
      <w:fldChar w:fldCharType="begin"/>
    </w:r>
    <w:r>
      <w:rPr>
        <w:color w:val="9A9A9A"/>
        <w:sz w:val="15"/>
        <w:lang w:eastAsia="ko-KR"/>
      </w:rPr>
      <w:instrText xml:space="preserve"> PAGE </w:instrText>
    </w:r>
    <w:r>
      <w:rPr>
        <w:color w:val="9A9A9A"/>
        <w:sz w:val="15"/>
      </w:rPr>
      <w:fldChar w:fldCharType="separate"/>
    </w:r>
    <w:r>
      <w:rPr>
        <w:color w:val="9A9A9A"/>
        <w:sz w:val="15"/>
        <w:lang w:eastAsia="ko-KR"/>
      </w:rPr>
      <w:t>1</w:t>
    </w:r>
    <w:r>
      <w:rPr>
        <w:color w:val="9A9A9A"/>
        <w:sz w:val="15"/>
      </w:rPr>
      <w:fldChar w:fldCharType="end"/>
    </w:r>
    <w:r>
      <w:rPr>
        <w:color w:val="9A9A9A"/>
        <w:sz w:val="15"/>
        <w:lang w:eastAsia="ko-KR"/>
      </w:rPr>
      <w:t xml:space="preserve"> / </w:t>
    </w:r>
    <w:r>
      <w:rPr>
        <w:color w:val="9A9A9A"/>
        <w:sz w:val="15"/>
      </w:rPr>
      <w:fldChar w:fldCharType="begin"/>
    </w:r>
    <w:r>
      <w:rPr>
        <w:color w:val="9A9A9A"/>
        <w:sz w:val="15"/>
        <w:lang w:eastAsia="ko-KR"/>
      </w:rPr>
      <w:instrText xml:space="preserve"> NUMPAGES </w:instrText>
    </w:r>
    <w:r>
      <w:rPr>
        <w:color w:val="9A9A9A"/>
        <w:sz w:val="15"/>
      </w:rPr>
      <w:fldChar w:fldCharType="separate"/>
    </w:r>
    <w:r>
      <w:rPr>
        <w:color w:val="9A9A9A"/>
        <w:sz w:val="15"/>
        <w:lang w:eastAsia="ko-KR"/>
      </w:rPr>
      <w:t>1</w:t>
    </w:r>
    <w:r>
      <w:rPr>
        <w:color w:val="9A9A9A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133E8" w14:textId="77777777" w:rsidR="001D0925" w:rsidRDefault="001D0925">
      <w:pPr>
        <w:spacing w:line="240" w:lineRule="auto"/>
      </w:pPr>
      <w:r>
        <w:separator/>
      </w:r>
    </w:p>
  </w:footnote>
  <w:footnote w:type="continuationSeparator" w:id="0">
    <w:p w14:paraId="2ADBF8A9" w14:textId="77777777" w:rsidR="001D0925" w:rsidRDefault="001D09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7186491">
    <w:abstractNumId w:val="8"/>
  </w:num>
  <w:num w:numId="2" w16cid:durableId="1433815295">
    <w:abstractNumId w:val="6"/>
  </w:num>
  <w:num w:numId="3" w16cid:durableId="672953221">
    <w:abstractNumId w:val="5"/>
  </w:num>
  <w:num w:numId="4" w16cid:durableId="1178891201">
    <w:abstractNumId w:val="4"/>
  </w:num>
  <w:num w:numId="5" w16cid:durableId="628902488">
    <w:abstractNumId w:val="7"/>
  </w:num>
  <w:num w:numId="6" w16cid:durableId="326056458">
    <w:abstractNumId w:val="3"/>
  </w:num>
  <w:num w:numId="7" w16cid:durableId="271137152">
    <w:abstractNumId w:val="2"/>
  </w:num>
  <w:num w:numId="8" w16cid:durableId="1255213744">
    <w:abstractNumId w:val="1"/>
  </w:num>
  <w:num w:numId="9" w16cid:durableId="1425688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0925"/>
    <w:rsid w:val="0029639D"/>
    <w:rsid w:val="00326F90"/>
    <w:rsid w:val="00441387"/>
    <w:rsid w:val="0066713E"/>
    <w:rsid w:val="00A52EC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352D0E"/>
  <w14:defaultImageDpi w14:val="300"/>
  <w15:docId w15:val="{F081F83B-A872-479C-8DB1-5140E9C23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autoSpaceDE w:val="0"/>
      <w:autoSpaceDN w:val="0"/>
      <w:spacing w:after="0"/>
    </w:pPr>
    <w:rPr>
      <w:rFonts w:ascii="맑은 고딕" w:eastAsia="맑은 고딕" w:hAnsi="맑은 고딕"/>
      <w:color w:val="111111"/>
      <w:sz w:val="19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멘사코리아 청소년 AI 해커톤 참가 신청서</dc:title>
  <dc:subject/>
  <dc:creator>멘사코리아 영재청소년위원회</dc:creator>
  <cp:keywords/>
  <dc:description>generated by python-docx</dc:description>
  <cp:lastModifiedBy>모비스 R&amp;D 32</cp:lastModifiedBy>
  <cp:revision>2</cp:revision>
  <dcterms:created xsi:type="dcterms:W3CDTF">2013-12-23T23:15:00Z</dcterms:created>
  <dcterms:modified xsi:type="dcterms:W3CDTF">2026-10-13T00:12:00Z</dcterms:modified>
  <cp:category/>
</cp:coreProperties>
</file>